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CF083" w14:textId="243AC934" w:rsidR="009876B0" w:rsidRPr="009876B0" w:rsidRDefault="009876B0" w:rsidP="009876B0">
      <w:pPr>
        <w:rPr>
          <w:b/>
          <w:color w:val="0F2B5B"/>
          <w:sz w:val="40"/>
        </w:rPr>
      </w:pPr>
      <w:r w:rsidRPr="009876B0">
        <w:rPr>
          <w:b/>
          <w:color w:val="0F2B5B"/>
          <w:sz w:val="40"/>
        </w:rPr>
        <w:drawing>
          <wp:inline distT="0" distB="0" distL="0" distR="0" wp14:anchorId="614BE494" wp14:editId="627EFDBB">
            <wp:extent cx="1415332" cy="1392292"/>
            <wp:effectExtent l="0" t="0" r="0" b="0"/>
            <wp:docPr id="12411538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703" cy="140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16626" w14:textId="373C32D2" w:rsidR="002F0547" w:rsidRDefault="00181FBE" w:rsidP="009876B0">
      <w:pPr>
        <w:jc w:val="center"/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ASSESSMENT &amp; PROGRESS MONITORING FORM</w:t>
      </w:r>
    </w:p>
    <w:p w14:paraId="329875AE" w14:textId="77777777" w:rsidR="002F0547" w:rsidRDefault="00181FBE">
      <w:r>
        <w:rPr>
          <w:b/>
          <w:color w:val="B8860B"/>
          <w:sz w:val="28"/>
        </w:rPr>
        <w:t>Student Information</w:t>
      </w:r>
    </w:p>
    <w:p w14:paraId="1DE75EB1" w14:textId="77777777" w:rsidR="002F0547" w:rsidRDefault="00181FBE">
      <w:r>
        <w:t>Student Name: ______________________________________________</w:t>
      </w:r>
    </w:p>
    <w:p w14:paraId="502874E8" w14:textId="77777777" w:rsidR="002F0547" w:rsidRDefault="00181FBE">
      <w:r>
        <w:t>Grade: ______________________________________________</w:t>
      </w:r>
    </w:p>
    <w:p w14:paraId="3B19C27F" w14:textId="77777777" w:rsidR="002F0547" w:rsidRDefault="00181FBE">
      <w:r>
        <w:t>School: ______________________________________________</w:t>
      </w:r>
    </w:p>
    <w:p w14:paraId="66475049" w14:textId="77777777" w:rsidR="002F0547" w:rsidRDefault="00181FBE">
      <w:r>
        <w:t>Subject(s): ______________________________________________</w:t>
      </w:r>
    </w:p>
    <w:p w14:paraId="58DFEBAA" w14:textId="77777777" w:rsidR="002F0547" w:rsidRDefault="00181FBE">
      <w:r>
        <w:t>Tutor: ______________________________________________</w:t>
      </w:r>
    </w:p>
    <w:p w14:paraId="2160CF39" w14:textId="77777777" w:rsidR="002F0547" w:rsidRDefault="00181FBE">
      <w:r>
        <w:t>Date of Assessment: ______________________________________________</w:t>
      </w:r>
    </w:p>
    <w:p w14:paraId="19FA77DB" w14:textId="77777777" w:rsidR="002F0547" w:rsidRDefault="00181FBE">
      <w:r>
        <w:t>Reporting Period: ______________________________________________</w:t>
      </w:r>
    </w:p>
    <w:p w14:paraId="38D4BE3D" w14:textId="77777777" w:rsidR="002F0547" w:rsidRDefault="00181FBE">
      <w:r>
        <w:rPr>
          <w:b/>
          <w:color w:val="B8860B"/>
          <w:sz w:val="28"/>
        </w:rPr>
        <w:t>Initial Assessment Summary</w:t>
      </w:r>
    </w:p>
    <w:p w14:paraId="5492EE0B" w14:textId="77777777" w:rsidR="002F0547" w:rsidRDefault="00181FBE">
      <w:r>
        <w:t>Current Skill Level: ______________________________________________</w:t>
      </w:r>
    </w:p>
    <w:p w14:paraId="23C30B91" w14:textId="77777777" w:rsidR="002F0547" w:rsidRDefault="00181FBE">
      <w:r>
        <w:t>Strengths: ______________________________________________</w:t>
      </w:r>
    </w:p>
    <w:p w14:paraId="0C9F7EEA" w14:textId="77777777" w:rsidR="002F0547" w:rsidRDefault="00181FBE">
      <w:r>
        <w:t>Areas for Improvement: ______________________________________________</w:t>
      </w:r>
    </w:p>
    <w:p w14:paraId="5DD48430" w14:textId="77777777" w:rsidR="002F0547" w:rsidRDefault="00181FBE">
      <w:r>
        <w:t>Assessment Tools Used: ______________________________________________</w:t>
      </w:r>
    </w:p>
    <w:p w14:paraId="3CE01395" w14:textId="77777777" w:rsidR="002F0547" w:rsidRDefault="00181FBE">
      <w:r>
        <w:t>Baseline Score/Performance: ______________________________________________</w:t>
      </w:r>
    </w:p>
    <w:p w14:paraId="7B5C156A" w14:textId="77777777" w:rsidR="002F0547" w:rsidRDefault="00181FBE">
      <w:r>
        <w:rPr>
          <w:b/>
          <w:color w:val="B8860B"/>
          <w:sz w:val="28"/>
        </w:rPr>
        <w:t>Learning Goals</w:t>
      </w:r>
    </w:p>
    <w:p w14:paraId="16AE7EFE" w14:textId="77777777" w:rsidR="002F0547" w:rsidRDefault="00181FBE">
      <w:r>
        <w:lastRenderedPageBreak/>
        <w:t>Short-Term Goals:</w:t>
      </w:r>
    </w:p>
    <w:p w14:paraId="3F4A96F0" w14:textId="77777777" w:rsidR="002F0547" w:rsidRDefault="00181FBE">
      <w:r>
        <w:t>______________________________________________________________</w:t>
      </w:r>
    </w:p>
    <w:p w14:paraId="2B8D45A9" w14:textId="77777777" w:rsidR="002F0547" w:rsidRDefault="00181FBE">
      <w:r>
        <w:t>Long-Term Goals:</w:t>
      </w:r>
    </w:p>
    <w:p w14:paraId="65B64161" w14:textId="77777777" w:rsidR="002F0547" w:rsidRDefault="00181FBE">
      <w:r>
        <w:t>______________________________________________________________</w:t>
      </w:r>
    </w:p>
    <w:p w14:paraId="1BF7100A" w14:textId="77777777" w:rsidR="002F0547" w:rsidRDefault="00181FBE">
      <w:r>
        <w:rPr>
          <w:b/>
          <w:color w:val="B8860B"/>
          <w:sz w:val="28"/>
        </w:rPr>
        <w:t>Progress Monitoring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"/>
        <w:gridCol w:w="1463"/>
        <w:gridCol w:w="2025"/>
        <w:gridCol w:w="1957"/>
        <w:gridCol w:w="1279"/>
        <w:gridCol w:w="973"/>
      </w:tblGrid>
      <w:tr w:rsidR="002F0547" w14:paraId="1D85EA68" w14:textId="77777777">
        <w:tc>
          <w:tcPr>
            <w:tcW w:w="1440" w:type="dxa"/>
          </w:tcPr>
          <w:p w14:paraId="702F1563" w14:textId="77777777" w:rsidR="002F0547" w:rsidRDefault="00181FBE">
            <w:r>
              <w:t>Date</w:t>
            </w:r>
          </w:p>
        </w:tc>
        <w:tc>
          <w:tcPr>
            <w:tcW w:w="1440" w:type="dxa"/>
          </w:tcPr>
          <w:p w14:paraId="59547B49" w14:textId="77777777" w:rsidR="002F0547" w:rsidRDefault="00181FBE">
            <w:r>
              <w:t>Skill/Standard</w:t>
            </w:r>
          </w:p>
        </w:tc>
        <w:tc>
          <w:tcPr>
            <w:tcW w:w="1440" w:type="dxa"/>
          </w:tcPr>
          <w:p w14:paraId="190A9755" w14:textId="77777777" w:rsidR="002F0547" w:rsidRDefault="00181FBE">
            <w:r>
              <w:t>Activity/Assessment</w:t>
            </w:r>
          </w:p>
        </w:tc>
        <w:tc>
          <w:tcPr>
            <w:tcW w:w="1440" w:type="dxa"/>
          </w:tcPr>
          <w:p w14:paraId="465C5C5D" w14:textId="77777777" w:rsidR="002F0547" w:rsidRDefault="00181FBE">
            <w:r>
              <w:t>Score/Performance</w:t>
            </w:r>
          </w:p>
        </w:tc>
        <w:tc>
          <w:tcPr>
            <w:tcW w:w="1440" w:type="dxa"/>
          </w:tcPr>
          <w:p w14:paraId="6050365F" w14:textId="77777777" w:rsidR="002F0547" w:rsidRDefault="00181FBE">
            <w:r>
              <w:t>Tutor Comments</w:t>
            </w:r>
          </w:p>
        </w:tc>
        <w:tc>
          <w:tcPr>
            <w:tcW w:w="1440" w:type="dxa"/>
          </w:tcPr>
          <w:p w14:paraId="0042CB82" w14:textId="77777777" w:rsidR="002F0547" w:rsidRDefault="00181FBE">
            <w:r>
              <w:t>Next Steps</w:t>
            </w:r>
          </w:p>
        </w:tc>
      </w:tr>
      <w:tr w:rsidR="002F0547" w14:paraId="2E47AE98" w14:textId="77777777">
        <w:tc>
          <w:tcPr>
            <w:tcW w:w="1440" w:type="dxa"/>
          </w:tcPr>
          <w:p w14:paraId="357E69C1" w14:textId="77777777" w:rsidR="002F0547" w:rsidRDefault="002F0547"/>
        </w:tc>
        <w:tc>
          <w:tcPr>
            <w:tcW w:w="1440" w:type="dxa"/>
          </w:tcPr>
          <w:p w14:paraId="4DABEE66" w14:textId="77777777" w:rsidR="002F0547" w:rsidRDefault="002F0547"/>
        </w:tc>
        <w:tc>
          <w:tcPr>
            <w:tcW w:w="1440" w:type="dxa"/>
          </w:tcPr>
          <w:p w14:paraId="57E59E5D" w14:textId="77777777" w:rsidR="002F0547" w:rsidRDefault="002F0547"/>
        </w:tc>
        <w:tc>
          <w:tcPr>
            <w:tcW w:w="1440" w:type="dxa"/>
          </w:tcPr>
          <w:p w14:paraId="1EF9316D" w14:textId="77777777" w:rsidR="002F0547" w:rsidRDefault="002F0547"/>
        </w:tc>
        <w:tc>
          <w:tcPr>
            <w:tcW w:w="1440" w:type="dxa"/>
          </w:tcPr>
          <w:p w14:paraId="58E9DBB1" w14:textId="77777777" w:rsidR="002F0547" w:rsidRDefault="002F0547"/>
        </w:tc>
        <w:tc>
          <w:tcPr>
            <w:tcW w:w="1440" w:type="dxa"/>
          </w:tcPr>
          <w:p w14:paraId="1E9DFEE1" w14:textId="77777777" w:rsidR="002F0547" w:rsidRDefault="002F0547"/>
        </w:tc>
      </w:tr>
      <w:tr w:rsidR="002F0547" w14:paraId="6CDD0B9B" w14:textId="77777777">
        <w:tc>
          <w:tcPr>
            <w:tcW w:w="1440" w:type="dxa"/>
          </w:tcPr>
          <w:p w14:paraId="0F01C12F" w14:textId="77777777" w:rsidR="002F0547" w:rsidRDefault="002F0547"/>
        </w:tc>
        <w:tc>
          <w:tcPr>
            <w:tcW w:w="1440" w:type="dxa"/>
          </w:tcPr>
          <w:p w14:paraId="515CD1E2" w14:textId="77777777" w:rsidR="002F0547" w:rsidRDefault="002F0547"/>
        </w:tc>
        <w:tc>
          <w:tcPr>
            <w:tcW w:w="1440" w:type="dxa"/>
          </w:tcPr>
          <w:p w14:paraId="70ECB293" w14:textId="77777777" w:rsidR="002F0547" w:rsidRDefault="002F0547"/>
        </w:tc>
        <w:tc>
          <w:tcPr>
            <w:tcW w:w="1440" w:type="dxa"/>
          </w:tcPr>
          <w:p w14:paraId="438BABAF" w14:textId="77777777" w:rsidR="002F0547" w:rsidRDefault="002F0547"/>
        </w:tc>
        <w:tc>
          <w:tcPr>
            <w:tcW w:w="1440" w:type="dxa"/>
          </w:tcPr>
          <w:p w14:paraId="60464332" w14:textId="77777777" w:rsidR="002F0547" w:rsidRDefault="002F0547"/>
        </w:tc>
        <w:tc>
          <w:tcPr>
            <w:tcW w:w="1440" w:type="dxa"/>
          </w:tcPr>
          <w:p w14:paraId="028CC137" w14:textId="77777777" w:rsidR="002F0547" w:rsidRDefault="002F0547"/>
        </w:tc>
      </w:tr>
      <w:tr w:rsidR="002F0547" w14:paraId="745E237A" w14:textId="77777777">
        <w:tc>
          <w:tcPr>
            <w:tcW w:w="1440" w:type="dxa"/>
          </w:tcPr>
          <w:p w14:paraId="77133517" w14:textId="77777777" w:rsidR="002F0547" w:rsidRDefault="002F0547"/>
        </w:tc>
        <w:tc>
          <w:tcPr>
            <w:tcW w:w="1440" w:type="dxa"/>
          </w:tcPr>
          <w:p w14:paraId="36E8A6F9" w14:textId="77777777" w:rsidR="002F0547" w:rsidRDefault="002F0547"/>
        </w:tc>
        <w:tc>
          <w:tcPr>
            <w:tcW w:w="1440" w:type="dxa"/>
          </w:tcPr>
          <w:p w14:paraId="165A5C6D" w14:textId="77777777" w:rsidR="002F0547" w:rsidRDefault="002F0547"/>
        </w:tc>
        <w:tc>
          <w:tcPr>
            <w:tcW w:w="1440" w:type="dxa"/>
          </w:tcPr>
          <w:p w14:paraId="23987D64" w14:textId="77777777" w:rsidR="002F0547" w:rsidRDefault="002F0547"/>
        </w:tc>
        <w:tc>
          <w:tcPr>
            <w:tcW w:w="1440" w:type="dxa"/>
          </w:tcPr>
          <w:p w14:paraId="2C0F3D38" w14:textId="77777777" w:rsidR="002F0547" w:rsidRDefault="002F0547"/>
        </w:tc>
        <w:tc>
          <w:tcPr>
            <w:tcW w:w="1440" w:type="dxa"/>
          </w:tcPr>
          <w:p w14:paraId="5FAC69A7" w14:textId="77777777" w:rsidR="002F0547" w:rsidRDefault="002F0547"/>
        </w:tc>
      </w:tr>
      <w:tr w:rsidR="002F0547" w14:paraId="55A47620" w14:textId="77777777">
        <w:tc>
          <w:tcPr>
            <w:tcW w:w="1440" w:type="dxa"/>
          </w:tcPr>
          <w:p w14:paraId="5A83EA2B" w14:textId="77777777" w:rsidR="002F0547" w:rsidRDefault="002F0547"/>
        </w:tc>
        <w:tc>
          <w:tcPr>
            <w:tcW w:w="1440" w:type="dxa"/>
          </w:tcPr>
          <w:p w14:paraId="11BB4E5D" w14:textId="77777777" w:rsidR="002F0547" w:rsidRDefault="002F0547"/>
        </w:tc>
        <w:tc>
          <w:tcPr>
            <w:tcW w:w="1440" w:type="dxa"/>
          </w:tcPr>
          <w:p w14:paraId="59B9F7FC" w14:textId="77777777" w:rsidR="002F0547" w:rsidRDefault="002F0547"/>
        </w:tc>
        <w:tc>
          <w:tcPr>
            <w:tcW w:w="1440" w:type="dxa"/>
          </w:tcPr>
          <w:p w14:paraId="4E6B7336" w14:textId="77777777" w:rsidR="002F0547" w:rsidRDefault="002F0547"/>
        </w:tc>
        <w:tc>
          <w:tcPr>
            <w:tcW w:w="1440" w:type="dxa"/>
          </w:tcPr>
          <w:p w14:paraId="0B2FB157" w14:textId="77777777" w:rsidR="002F0547" w:rsidRDefault="002F0547"/>
        </w:tc>
        <w:tc>
          <w:tcPr>
            <w:tcW w:w="1440" w:type="dxa"/>
          </w:tcPr>
          <w:p w14:paraId="3FB31E76" w14:textId="77777777" w:rsidR="002F0547" w:rsidRDefault="002F0547"/>
        </w:tc>
      </w:tr>
      <w:tr w:rsidR="002F0547" w14:paraId="59B6B04B" w14:textId="77777777">
        <w:tc>
          <w:tcPr>
            <w:tcW w:w="1440" w:type="dxa"/>
          </w:tcPr>
          <w:p w14:paraId="21547AA0" w14:textId="77777777" w:rsidR="002F0547" w:rsidRDefault="002F0547"/>
        </w:tc>
        <w:tc>
          <w:tcPr>
            <w:tcW w:w="1440" w:type="dxa"/>
          </w:tcPr>
          <w:p w14:paraId="40F10D2A" w14:textId="77777777" w:rsidR="002F0547" w:rsidRDefault="002F0547"/>
        </w:tc>
        <w:tc>
          <w:tcPr>
            <w:tcW w:w="1440" w:type="dxa"/>
          </w:tcPr>
          <w:p w14:paraId="7A92D135" w14:textId="77777777" w:rsidR="002F0547" w:rsidRDefault="002F0547"/>
        </w:tc>
        <w:tc>
          <w:tcPr>
            <w:tcW w:w="1440" w:type="dxa"/>
          </w:tcPr>
          <w:p w14:paraId="6D70CCFF" w14:textId="77777777" w:rsidR="002F0547" w:rsidRDefault="002F0547"/>
        </w:tc>
        <w:tc>
          <w:tcPr>
            <w:tcW w:w="1440" w:type="dxa"/>
          </w:tcPr>
          <w:p w14:paraId="1B753E76" w14:textId="77777777" w:rsidR="002F0547" w:rsidRDefault="002F0547"/>
        </w:tc>
        <w:tc>
          <w:tcPr>
            <w:tcW w:w="1440" w:type="dxa"/>
          </w:tcPr>
          <w:p w14:paraId="7BE9F707" w14:textId="77777777" w:rsidR="002F0547" w:rsidRDefault="002F0547"/>
        </w:tc>
      </w:tr>
      <w:tr w:rsidR="002F0547" w14:paraId="4411949A" w14:textId="77777777">
        <w:tc>
          <w:tcPr>
            <w:tcW w:w="1440" w:type="dxa"/>
          </w:tcPr>
          <w:p w14:paraId="509604B0" w14:textId="77777777" w:rsidR="002F0547" w:rsidRDefault="002F0547"/>
        </w:tc>
        <w:tc>
          <w:tcPr>
            <w:tcW w:w="1440" w:type="dxa"/>
          </w:tcPr>
          <w:p w14:paraId="263EACCE" w14:textId="77777777" w:rsidR="002F0547" w:rsidRDefault="002F0547"/>
        </w:tc>
        <w:tc>
          <w:tcPr>
            <w:tcW w:w="1440" w:type="dxa"/>
          </w:tcPr>
          <w:p w14:paraId="4D781EA5" w14:textId="77777777" w:rsidR="002F0547" w:rsidRDefault="002F0547"/>
        </w:tc>
        <w:tc>
          <w:tcPr>
            <w:tcW w:w="1440" w:type="dxa"/>
          </w:tcPr>
          <w:p w14:paraId="143C888B" w14:textId="77777777" w:rsidR="002F0547" w:rsidRDefault="002F0547"/>
        </w:tc>
        <w:tc>
          <w:tcPr>
            <w:tcW w:w="1440" w:type="dxa"/>
          </w:tcPr>
          <w:p w14:paraId="714F05D9" w14:textId="77777777" w:rsidR="002F0547" w:rsidRDefault="002F0547"/>
        </w:tc>
        <w:tc>
          <w:tcPr>
            <w:tcW w:w="1440" w:type="dxa"/>
          </w:tcPr>
          <w:p w14:paraId="7FA04F5D" w14:textId="77777777" w:rsidR="002F0547" w:rsidRDefault="002F0547"/>
        </w:tc>
      </w:tr>
      <w:tr w:rsidR="002F0547" w14:paraId="20C63CC4" w14:textId="77777777">
        <w:tc>
          <w:tcPr>
            <w:tcW w:w="1440" w:type="dxa"/>
          </w:tcPr>
          <w:p w14:paraId="717EAE7C" w14:textId="77777777" w:rsidR="002F0547" w:rsidRDefault="002F0547"/>
        </w:tc>
        <w:tc>
          <w:tcPr>
            <w:tcW w:w="1440" w:type="dxa"/>
          </w:tcPr>
          <w:p w14:paraId="23F8C362" w14:textId="77777777" w:rsidR="002F0547" w:rsidRDefault="002F0547"/>
        </w:tc>
        <w:tc>
          <w:tcPr>
            <w:tcW w:w="1440" w:type="dxa"/>
          </w:tcPr>
          <w:p w14:paraId="196C55A7" w14:textId="77777777" w:rsidR="002F0547" w:rsidRDefault="002F0547"/>
        </w:tc>
        <w:tc>
          <w:tcPr>
            <w:tcW w:w="1440" w:type="dxa"/>
          </w:tcPr>
          <w:p w14:paraId="6C1EB358" w14:textId="77777777" w:rsidR="002F0547" w:rsidRDefault="002F0547"/>
        </w:tc>
        <w:tc>
          <w:tcPr>
            <w:tcW w:w="1440" w:type="dxa"/>
          </w:tcPr>
          <w:p w14:paraId="70D32257" w14:textId="77777777" w:rsidR="002F0547" w:rsidRDefault="002F0547"/>
        </w:tc>
        <w:tc>
          <w:tcPr>
            <w:tcW w:w="1440" w:type="dxa"/>
          </w:tcPr>
          <w:p w14:paraId="6ED948AE" w14:textId="77777777" w:rsidR="002F0547" w:rsidRDefault="002F0547"/>
        </w:tc>
      </w:tr>
      <w:tr w:rsidR="002F0547" w14:paraId="04447FA8" w14:textId="77777777">
        <w:tc>
          <w:tcPr>
            <w:tcW w:w="1440" w:type="dxa"/>
          </w:tcPr>
          <w:p w14:paraId="7015E0ED" w14:textId="77777777" w:rsidR="002F0547" w:rsidRDefault="002F0547"/>
        </w:tc>
        <w:tc>
          <w:tcPr>
            <w:tcW w:w="1440" w:type="dxa"/>
          </w:tcPr>
          <w:p w14:paraId="1262C702" w14:textId="77777777" w:rsidR="002F0547" w:rsidRDefault="002F0547"/>
        </w:tc>
        <w:tc>
          <w:tcPr>
            <w:tcW w:w="1440" w:type="dxa"/>
          </w:tcPr>
          <w:p w14:paraId="72794235" w14:textId="77777777" w:rsidR="002F0547" w:rsidRDefault="002F0547"/>
        </w:tc>
        <w:tc>
          <w:tcPr>
            <w:tcW w:w="1440" w:type="dxa"/>
          </w:tcPr>
          <w:p w14:paraId="30EDEB15" w14:textId="77777777" w:rsidR="002F0547" w:rsidRDefault="002F0547"/>
        </w:tc>
        <w:tc>
          <w:tcPr>
            <w:tcW w:w="1440" w:type="dxa"/>
          </w:tcPr>
          <w:p w14:paraId="326059F9" w14:textId="77777777" w:rsidR="002F0547" w:rsidRDefault="002F0547"/>
        </w:tc>
        <w:tc>
          <w:tcPr>
            <w:tcW w:w="1440" w:type="dxa"/>
          </w:tcPr>
          <w:p w14:paraId="35687B07" w14:textId="77777777" w:rsidR="002F0547" w:rsidRDefault="002F0547"/>
        </w:tc>
      </w:tr>
    </w:tbl>
    <w:p w14:paraId="52E207C7" w14:textId="77777777" w:rsidR="002F0547" w:rsidRDefault="00181FBE">
      <w:r>
        <w:rPr>
          <w:b/>
          <w:color w:val="B8860B"/>
          <w:sz w:val="28"/>
        </w:rPr>
        <w:t>Progress Rating</w:t>
      </w:r>
    </w:p>
    <w:p w14:paraId="44513C87" w14:textId="77777777" w:rsidR="002F0547" w:rsidRDefault="00181FBE">
      <w:r>
        <w:t>Rate current progress (circle one):</w:t>
      </w:r>
    </w:p>
    <w:p w14:paraId="7B8BDBB5" w14:textId="77777777" w:rsidR="002F0547" w:rsidRDefault="00181FBE">
      <w:r>
        <w:t>1 = Beginning    2 = Developing    3 = Proficient    4 = Advanced</w:t>
      </w:r>
    </w:p>
    <w:p w14:paraId="3F78B8B2" w14:textId="77777777" w:rsidR="002F0547" w:rsidRDefault="00181FBE">
      <w:r>
        <w:rPr>
          <w:b/>
          <w:color w:val="B8860B"/>
          <w:sz w:val="28"/>
        </w:rPr>
        <w:t>Parent Communication</w:t>
      </w:r>
    </w:p>
    <w:p w14:paraId="15526DF1" w14:textId="77777777" w:rsidR="002F0547" w:rsidRDefault="00181FBE">
      <w:r>
        <w:t>Date of Update: ______________________________</w:t>
      </w:r>
    </w:p>
    <w:p w14:paraId="165071E6" w14:textId="77777777" w:rsidR="002F0547" w:rsidRDefault="00181FBE">
      <w:r>
        <w:t>Method: ☐ In Person  ☐ Phone  ☐ Email  ☐ Text  ☐ Progress Report</w:t>
      </w:r>
    </w:p>
    <w:p w14:paraId="272E32A3" w14:textId="77777777" w:rsidR="002F0547" w:rsidRDefault="00181FBE">
      <w:r>
        <w:t>Summary:</w:t>
      </w:r>
    </w:p>
    <w:p w14:paraId="325965E4" w14:textId="77777777" w:rsidR="002F0547" w:rsidRDefault="00181FBE">
      <w:r>
        <w:t>______________________________________________________________</w:t>
      </w:r>
    </w:p>
    <w:p w14:paraId="2AA6AB07" w14:textId="77777777" w:rsidR="002F0547" w:rsidRDefault="00181FBE">
      <w:r>
        <w:rPr>
          <w:b/>
          <w:color w:val="B8860B"/>
          <w:sz w:val="28"/>
        </w:rPr>
        <w:t>Recommended Instructional Plan</w:t>
      </w:r>
    </w:p>
    <w:p w14:paraId="56FC0528" w14:textId="77777777" w:rsidR="002F0547" w:rsidRDefault="00181FBE">
      <w:r>
        <w:t>☐</w:t>
      </w:r>
      <w:r>
        <w:t xml:space="preserve"> Continue current plan</w:t>
      </w:r>
    </w:p>
    <w:p w14:paraId="1D5EB2AA" w14:textId="77777777" w:rsidR="002F0547" w:rsidRDefault="00181FBE">
      <w:r>
        <w:t>☐</w:t>
      </w:r>
      <w:r>
        <w:t xml:space="preserve"> Increase tutoring frequency</w:t>
      </w:r>
    </w:p>
    <w:p w14:paraId="54F8E325" w14:textId="77777777" w:rsidR="002F0547" w:rsidRDefault="00181FBE">
      <w:r>
        <w:t>☐</w:t>
      </w:r>
      <w:r>
        <w:t xml:space="preserve"> Focus on prerequisite skills</w:t>
      </w:r>
    </w:p>
    <w:p w14:paraId="6B2EF5E7" w14:textId="77777777" w:rsidR="002F0547" w:rsidRDefault="00181FBE">
      <w:r>
        <w:t>☐</w:t>
      </w:r>
      <w:r>
        <w:t xml:space="preserve"> Test preparation</w:t>
      </w:r>
    </w:p>
    <w:p w14:paraId="039C9B9A" w14:textId="77777777" w:rsidR="002F0547" w:rsidRDefault="00181FBE">
      <w:r>
        <w:t>☐</w:t>
      </w:r>
      <w:r>
        <w:t xml:space="preserve"> Enrichment/Advanced instruction</w:t>
      </w:r>
    </w:p>
    <w:p w14:paraId="2A0A2003" w14:textId="77777777" w:rsidR="002F0547" w:rsidRDefault="00181FBE">
      <w:r>
        <w:lastRenderedPageBreak/>
        <w:t>☐</w:t>
      </w:r>
      <w:r>
        <w:t xml:space="preserve"> Other: __________________________</w:t>
      </w:r>
    </w:p>
    <w:p w14:paraId="617AEE5A" w14:textId="77777777" w:rsidR="002F0547" w:rsidRDefault="00181FBE">
      <w:r>
        <w:rPr>
          <w:b/>
          <w:color w:val="B8860B"/>
          <w:sz w:val="28"/>
        </w:rPr>
        <w:t>Signatures</w:t>
      </w:r>
    </w:p>
    <w:p w14:paraId="4416D5AD" w14:textId="77777777" w:rsidR="002F0547" w:rsidRDefault="00181FBE">
      <w:r>
        <w:t>Tutor: __________________________________ Date: __________</w:t>
      </w:r>
    </w:p>
    <w:p w14:paraId="3B1025AA" w14:textId="77777777" w:rsidR="002F0547" w:rsidRDefault="00181FBE">
      <w:r>
        <w:t>Parent/Guardian: ________________________ Date: __________</w:t>
      </w:r>
    </w:p>
    <w:p w14:paraId="7581C019" w14:textId="77777777" w:rsidR="002F0547" w:rsidRDefault="00181FBE">
      <w:r>
        <w:t>Student: ________________________________ Date: __________</w:t>
      </w:r>
    </w:p>
    <w:sectPr w:rsidR="002F054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035049">
    <w:abstractNumId w:val="8"/>
  </w:num>
  <w:num w:numId="2" w16cid:durableId="944263877">
    <w:abstractNumId w:val="6"/>
  </w:num>
  <w:num w:numId="3" w16cid:durableId="2063362012">
    <w:abstractNumId w:val="5"/>
  </w:num>
  <w:num w:numId="4" w16cid:durableId="1050301573">
    <w:abstractNumId w:val="4"/>
  </w:num>
  <w:num w:numId="5" w16cid:durableId="1459955507">
    <w:abstractNumId w:val="7"/>
  </w:num>
  <w:num w:numId="6" w16cid:durableId="1551842277">
    <w:abstractNumId w:val="3"/>
  </w:num>
  <w:num w:numId="7" w16cid:durableId="1644849257">
    <w:abstractNumId w:val="2"/>
  </w:num>
  <w:num w:numId="8" w16cid:durableId="54669645">
    <w:abstractNumId w:val="1"/>
  </w:num>
  <w:num w:numId="9" w16cid:durableId="433332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2F0547"/>
    <w:rsid w:val="00326F90"/>
    <w:rsid w:val="009876B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D9B840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2026-07-15T09:38:00Z</dcterms:created>
  <dcterms:modified xsi:type="dcterms:W3CDTF">2026-07-15T09:38:00Z</dcterms:modified>
  <cp:category/>
</cp:coreProperties>
</file>