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9FAA" w14:textId="3F3ACBA7" w:rsidR="00282D2D" w:rsidRPr="00282D2D" w:rsidRDefault="00282D2D" w:rsidP="00282D2D">
      <w:pPr>
        <w:rPr>
          <w:b/>
          <w:color w:val="0F2B5B"/>
          <w:sz w:val="40"/>
        </w:rPr>
      </w:pPr>
      <w:r w:rsidRPr="00282D2D">
        <w:rPr>
          <w:b/>
          <w:color w:val="0F2B5B"/>
          <w:sz w:val="40"/>
        </w:rPr>
        <w:drawing>
          <wp:inline distT="0" distB="0" distL="0" distR="0" wp14:anchorId="307D4BD3" wp14:editId="512ED6C7">
            <wp:extent cx="1147770" cy="1129085"/>
            <wp:effectExtent l="0" t="0" r="0" b="0"/>
            <wp:docPr id="1009357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80" cy="113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28D4F" w14:textId="7CDA5E49" w:rsidR="003B4912" w:rsidRDefault="00117FC6" w:rsidP="00282D2D">
      <w:pPr>
        <w:jc w:val="center"/>
      </w:pPr>
      <w:r>
        <w:rPr>
          <w:b/>
          <w:color w:val="0F2B5B"/>
          <w:sz w:val="40"/>
        </w:rPr>
        <w:t xml:space="preserve">THE BRIDGE TO MATH AND CHEMISTRY SUCCESS </w:t>
      </w:r>
      <w:r w:rsidR="00282D2D">
        <w:rPr>
          <w:b/>
          <w:color w:val="0F2B5B"/>
          <w:sz w:val="40"/>
        </w:rPr>
        <w:t xml:space="preserve">HALL </w:t>
      </w:r>
      <w:r>
        <w:rPr>
          <w:b/>
          <w:color w:val="0F2B5B"/>
          <w:sz w:val="40"/>
        </w:rPr>
        <w:t>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EMERGENCY CONTACT FORM</w:t>
      </w:r>
    </w:p>
    <w:p w14:paraId="2863DC34" w14:textId="77777777" w:rsidR="003B4912" w:rsidRDefault="00117FC6">
      <w:r>
        <w:rPr>
          <w:b/>
          <w:color w:val="B8860B"/>
          <w:sz w:val="28"/>
        </w:rPr>
        <w:t>Student Information</w:t>
      </w:r>
    </w:p>
    <w:p w14:paraId="1A037BD4" w14:textId="77777777" w:rsidR="003B4912" w:rsidRDefault="00117FC6">
      <w:r>
        <w:t>Student Name: ______________________________________________</w:t>
      </w:r>
    </w:p>
    <w:p w14:paraId="12B22BB1" w14:textId="77777777" w:rsidR="003B4912" w:rsidRDefault="00117FC6">
      <w:r>
        <w:t>Date of Birth: ______________________________________________</w:t>
      </w:r>
    </w:p>
    <w:p w14:paraId="5842D734" w14:textId="77777777" w:rsidR="003B4912" w:rsidRDefault="00117FC6">
      <w:r>
        <w:t>Grade: ______________________________________________</w:t>
      </w:r>
    </w:p>
    <w:p w14:paraId="1746BEAF" w14:textId="77777777" w:rsidR="003B4912" w:rsidRDefault="00117FC6">
      <w:r>
        <w:t>School: ______________________________________________</w:t>
      </w:r>
    </w:p>
    <w:p w14:paraId="100DFC6B" w14:textId="77777777" w:rsidR="003B4912" w:rsidRDefault="00117FC6">
      <w:r>
        <w:t>Parent/Guardian Name: ______________________________________________</w:t>
      </w:r>
    </w:p>
    <w:p w14:paraId="03995B3C" w14:textId="77777777" w:rsidR="003B4912" w:rsidRDefault="00117FC6">
      <w:r>
        <w:t>Home Address: ______________________________________________</w:t>
      </w:r>
    </w:p>
    <w:p w14:paraId="2D4DAF6A" w14:textId="77777777" w:rsidR="003B4912" w:rsidRDefault="00117FC6">
      <w:r>
        <w:rPr>
          <w:b/>
          <w:color w:val="B8860B"/>
          <w:sz w:val="28"/>
        </w:rPr>
        <w:t>Primary Emergency Contact</w:t>
      </w:r>
    </w:p>
    <w:p w14:paraId="184F4C34" w14:textId="77777777" w:rsidR="003B4912" w:rsidRDefault="00117FC6">
      <w:r>
        <w:t>Name: ______________________________________________</w:t>
      </w:r>
    </w:p>
    <w:p w14:paraId="352B2070" w14:textId="77777777" w:rsidR="003B4912" w:rsidRDefault="00117FC6">
      <w:r>
        <w:t>Relationship: ______________________________________________</w:t>
      </w:r>
    </w:p>
    <w:p w14:paraId="52882F58" w14:textId="77777777" w:rsidR="003B4912" w:rsidRDefault="00117FC6">
      <w:r>
        <w:t>Primary Phone: ______________________________________________</w:t>
      </w:r>
    </w:p>
    <w:p w14:paraId="4D8D27D2" w14:textId="77777777" w:rsidR="003B4912" w:rsidRDefault="00117FC6">
      <w:r>
        <w:t>Secondary Phone: ______________________________________________</w:t>
      </w:r>
    </w:p>
    <w:p w14:paraId="3B3D8FDC" w14:textId="77777777" w:rsidR="003B4912" w:rsidRDefault="00117FC6">
      <w:r>
        <w:t>Email: ______________________________________________</w:t>
      </w:r>
    </w:p>
    <w:p w14:paraId="43C4CC54" w14:textId="77777777" w:rsidR="003B4912" w:rsidRDefault="00117FC6">
      <w:r>
        <w:rPr>
          <w:b/>
          <w:color w:val="B8860B"/>
          <w:sz w:val="28"/>
        </w:rPr>
        <w:t>Secondary Emergency Contact</w:t>
      </w:r>
    </w:p>
    <w:p w14:paraId="6FDF9172" w14:textId="77777777" w:rsidR="003B4912" w:rsidRDefault="00117FC6">
      <w:r>
        <w:t>Name: ______________________________________________</w:t>
      </w:r>
    </w:p>
    <w:p w14:paraId="6EDBC7EF" w14:textId="77777777" w:rsidR="003B4912" w:rsidRDefault="00117FC6">
      <w:r>
        <w:t>Relationship: ______________________________________________</w:t>
      </w:r>
    </w:p>
    <w:p w14:paraId="0092100B" w14:textId="77777777" w:rsidR="003B4912" w:rsidRDefault="00117FC6">
      <w:r>
        <w:lastRenderedPageBreak/>
        <w:t>Primary Phone: ______________________________________________</w:t>
      </w:r>
    </w:p>
    <w:p w14:paraId="7E7E1EFA" w14:textId="77777777" w:rsidR="003B4912" w:rsidRDefault="00117FC6">
      <w:r>
        <w:t>Secondary Phone: ______________________________________________</w:t>
      </w:r>
    </w:p>
    <w:p w14:paraId="47776ABC" w14:textId="77777777" w:rsidR="003B4912" w:rsidRDefault="00117FC6">
      <w:r>
        <w:t>Email: ______________________________________________</w:t>
      </w:r>
    </w:p>
    <w:p w14:paraId="4B4694B9" w14:textId="77777777" w:rsidR="003B4912" w:rsidRDefault="00117FC6">
      <w:r>
        <w:rPr>
          <w:b/>
          <w:color w:val="B8860B"/>
          <w:sz w:val="28"/>
        </w:rPr>
        <w:t>Medical Information</w:t>
      </w:r>
    </w:p>
    <w:p w14:paraId="6DC462A8" w14:textId="77777777" w:rsidR="003B4912" w:rsidRDefault="00117FC6">
      <w:r>
        <w:t>Allergies: ______________________________________________</w:t>
      </w:r>
    </w:p>
    <w:p w14:paraId="2209C4FD" w14:textId="77777777" w:rsidR="003B4912" w:rsidRDefault="00117FC6">
      <w:r>
        <w:t>Medical Conditions: ______________________________________________</w:t>
      </w:r>
    </w:p>
    <w:p w14:paraId="6BD6DE6C" w14:textId="77777777" w:rsidR="003B4912" w:rsidRDefault="00117FC6">
      <w:r>
        <w:t>Medications: ______________________________________________</w:t>
      </w:r>
    </w:p>
    <w:p w14:paraId="2D1FBE23" w14:textId="77777777" w:rsidR="003B4912" w:rsidRDefault="00117FC6">
      <w:r>
        <w:t>Physician Name: ______________________________________________</w:t>
      </w:r>
    </w:p>
    <w:p w14:paraId="35CE0395" w14:textId="77777777" w:rsidR="003B4912" w:rsidRDefault="00117FC6">
      <w:r>
        <w:t>Physician Phone: ______________________________________________</w:t>
      </w:r>
    </w:p>
    <w:p w14:paraId="3B6C2DD1" w14:textId="77777777" w:rsidR="003B4912" w:rsidRDefault="00117FC6">
      <w:r>
        <w:t>Preferred Hospital: ______________________________________________</w:t>
      </w:r>
    </w:p>
    <w:p w14:paraId="402677BA" w14:textId="77777777" w:rsidR="003B4912" w:rsidRDefault="00117FC6">
      <w:r>
        <w:t>Health Insurance (Optional): ______________________________________________</w:t>
      </w:r>
    </w:p>
    <w:p w14:paraId="1ECBFB61" w14:textId="77777777" w:rsidR="003B4912" w:rsidRDefault="00117FC6">
      <w:r>
        <w:rPr>
          <w:b/>
          <w:color w:val="B8860B"/>
          <w:sz w:val="28"/>
        </w:rPr>
        <w:t>Emergency Authorization</w:t>
      </w:r>
    </w:p>
    <w:p w14:paraId="127785CB" w14:textId="77777777" w:rsidR="003B4912" w:rsidRDefault="00117FC6">
      <w:r>
        <w:t>I authorize The Bridge to Math and Chemistry Success Tutoring Services to contact the emergency contacts listed above and to seek appropriate emergency medical assistance if I cannot be reached and immediate care is reasonably necessary.</w:t>
      </w:r>
    </w:p>
    <w:p w14:paraId="0E547026" w14:textId="77777777" w:rsidR="003B4912" w:rsidRDefault="00117FC6">
      <w:r>
        <w:rPr>
          <w:b/>
          <w:color w:val="B8860B"/>
          <w:sz w:val="28"/>
        </w:rPr>
        <w:t>Additional Notes</w:t>
      </w:r>
    </w:p>
    <w:p w14:paraId="585F2C82" w14:textId="77777777" w:rsidR="003B4912" w:rsidRDefault="00117FC6">
      <w:r>
        <w:t>________________________________________________________________________</w:t>
      </w:r>
    </w:p>
    <w:p w14:paraId="563B54BC" w14:textId="77777777" w:rsidR="003B4912" w:rsidRDefault="00117FC6">
      <w:r>
        <w:t>________________________________________________________________________</w:t>
      </w:r>
    </w:p>
    <w:p w14:paraId="3D2EA483" w14:textId="77777777" w:rsidR="003B4912" w:rsidRDefault="00117FC6">
      <w:r>
        <w:rPr>
          <w:b/>
          <w:color w:val="B8860B"/>
          <w:sz w:val="28"/>
        </w:rPr>
        <w:t>Signatures</w:t>
      </w:r>
    </w:p>
    <w:p w14:paraId="416A04DD" w14:textId="77777777" w:rsidR="003B4912" w:rsidRDefault="00117FC6">
      <w:r>
        <w:t>Parent/Guardian Signature: __________________________ Date: ____________</w:t>
      </w:r>
    </w:p>
    <w:p w14:paraId="1B4972DF" w14:textId="77777777" w:rsidR="003B4912" w:rsidRDefault="00117FC6">
      <w:r>
        <w:t>Student Signature (if applicable): __________________ Date: ____________</w:t>
      </w:r>
    </w:p>
    <w:p w14:paraId="6BC88DA8" w14:textId="77777777" w:rsidR="003B4912" w:rsidRDefault="00117FC6">
      <w:r>
        <w:t>Tutor Representative: ______________________________ Date: ____________</w:t>
      </w:r>
    </w:p>
    <w:sectPr w:rsidR="003B49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576255">
    <w:abstractNumId w:val="8"/>
  </w:num>
  <w:num w:numId="2" w16cid:durableId="827747487">
    <w:abstractNumId w:val="6"/>
  </w:num>
  <w:num w:numId="3" w16cid:durableId="39060575">
    <w:abstractNumId w:val="5"/>
  </w:num>
  <w:num w:numId="4" w16cid:durableId="412356475">
    <w:abstractNumId w:val="4"/>
  </w:num>
  <w:num w:numId="5" w16cid:durableId="1637225770">
    <w:abstractNumId w:val="7"/>
  </w:num>
  <w:num w:numId="6" w16cid:durableId="1632439686">
    <w:abstractNumId w:val="3"/>
  </w:num>
  <w:num w:numId="7" w16cid:durableId="1224560272">
    <w:abstractNumId w:val="2"/>
  </w:num>
  <w:num w:numId="8" w16cid:durableId="177354564">
    <w:abstractNumId w:val="1"/>
  </w:num>
  <w:num w:numId="9" w16cid:durableId="108515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2D2D"/>
    <w:rsid w:val="0029639D"/>
    <w:rsid w:val="002E7B2F"/>
    <w:rsid w:val="00326F90"/>
    <w:rsid w:val="003B491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B67E1B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2026-07-15T06:54:00Z</dcterms:created>
  <dcterms:modified xsi:type="dcterms:W3CDTF">2026-07-15T06:54:00Z</dcterms:modified>
  <cp:category/>
</cp:coreProperties>
</file>