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D61F0" w14:textId="6F975A9C" w:rsidR="0013561E" w:rsidRPr="0013561E" w:rsidRDefault="0013561E" w:rsidP="0013561E">
      <w:pPr>
        <w:rPr>
          <w:b/>
          <w:color w:val="0F2B5B"/>
          <w:sz w:val="40"/>
        </w:rPr>
      </w:pPr>
      <w:r w:rsidRPr="0013561E">
        <w:rPr>
          <w:b/>
          <w:color w:val="0F2B5B"/>
          <w:sz w:val="40"/>
        </w:rPr>
        <w:drawing>
          <wp:inline distT="0" distB="0" distL="0" distR="0" wp14:anchorId="42149A39" wp14:editId="68720C4D">
            <wp:extent cx="1559997" cy="1534602"/>
            <wp:effectExtent l="0" t="0" r="2540" b="8890"/>
            <wp:docPr id="14141765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119" cy="154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CC078" w14:textId="242D3DBE" w:rsidR="00F348E0" w:rsidRDefault="007E1618" w:rsidP="0013561E">
      <w:pPr>
        <w:jc w:val="center"/>
      </w:pPr>
      <w:r>
        <w:rPr>
          <w:b/>
          <w:color w:val="0F2B5B"/>
          <w:sz w:val="40"/>
        </w:rPr>
        <w:t>THE BRIDGE TO MATH AND CHEMISTRY SUCCESS HALL TUTORING SERVICES</w:t>
      </w:r>
      <w:r>
        <w:rPr>
          <w:b/>
          <w:color w:val="0F2B5B"/>
          <w:sz w:val="40"/>
        </w:rPr>
        <w:br/>
      </w:r>
      <w:r>
        <w:rPr>
          <w:b/>
          <w:color w:val="0F2B5B"/>
          <w:sz w:val="40"/>
        </w:rPr>
        <w:br/>
        <w:t>STUDENT ONGOING ASSESSMENT &amp; PROGRESS MONITORING FORM</w:t>
      </w:r>
    </w:p>
    <w:p w14:paraId="64B0C649" w14:textId="77777777" w:rsidR="00F348E0" w:rsidRDefault="007E1618">
      <w:r>
        <w:rPr>
          <w:b/>
          <w:color w:val="B8860B"/>
          <w:sz w:val="28"/>
        </w:rPr>
        <w:t>Student Information</w:t>
      </w:r>
    </w:p>
    <w:p w14:paraId="6CB3C0C0" w14:textId="77777777" w:rsidR="00F348E0" w:rsidRDefault="007E1618">
      <w:r>
        <w:t>Student Name: ______________________________________________</w:t>
      </w:r>
    </w:p>
    <w:p w14:paraId="46F6649C" w14:textId="77777777" w:rsidR="00F348E0" w:rsidRDefault="007E1618">
      <w:r>
        <w:t>Grade: ______________________________________________</w:t>
      </w:r>
    </w:p>
    <w:p w14:paraId="757E8D02" w14:textId="77777777" w:rsidR="00F348E0" w:rsidRDefault="007E1618">
      <w:r>
        <w:t>School: ______________________________________________</w:t>
      </w:r>
    </w:p>
    <w:p w14:paraId="12F48BDA" w14:textId="77777777" w:rsidR="00F348E0" w:rsidRDefault="007E1618">
      <w:r>
        <w:t>Subject(s): ______________________________________________</w:t>
      </w:r>
    </w:p>
    <w:p w14:paraId="4AA5E311" w14:textId="77777777" w:rsidR="00F348E0" w:rsidRDefault="007E1618">
      <w:r>
        <w:t>Tutor: ______________________________________________</w:t>
      </w:r>
    </w:p>
    <w:p w14:paraId="5904D7D8" w14:textId="77777777" w:rsidR="00F348E0" w:rsidRDefault="007E1618">
      <w:r>
        <w:t>Reporting Period: ______________________________________________</w:t>
      </w:r>
    </w:p>
    <w:p w14:paraId="29D95D0D" w14:textId="77777777" w:rsidR="00F348E0" w:rsidRDefault="007E1618">
      <w:r>
        <w:t>Date: ______________________________________________</w:t>
      </w:r>
    </w:p>
    <w:p w14:paraId="12D37E90" w14:textId="77777777" w:rsidR="00F348E0" w:rsidRDefault="007E1618">
      <w:r>
        <w:rPr>
          <w:b/>
          <w:color w:val="B8860B"/>
          <w:sz w:val="28"/>
        </w:rPr>
        <w:t>Current Learning Goals</w:t>
      </w:r>
    </w:p>
    <w:p w14:paraId="56AB0EB0" w14:textId="77777777" w:rsidR="00F348E0" w:rsidRDefault="007E1618">
      <w:r>
        <w:t>Goal 1: ______________________________________________</w:t>
      </w:r>
    </w:p>
    <w:p w14:paraId="7B5F4E80" w14:textId="77777777" w:rsidR="00F348E0" w:rsidRDefault="007E1618">
      <w:r>
        <w:t>Goal 2: ______________________________________________</w:t>
      </w:r>
    </w:p>
    <w:p w14:paraId="1253792B" w14:textId="77777777" w:rsidR="00F348E0" w:rsidRDefault="007E1618">
      <w:r>
        <w:t>Goal 3: ______________________________________________</w:t>
      </w:r>
    </w:p>
    <w:p w14:paraId="275C130E" w14:textId="77777777" w:rsidR="00F348E0" w:rsidRDefault="007E1618">
      <w:r>
        <w:rPr>
          <w:b/>
          <w:color w:val="B8860B"/>
          <w:sz w:val="28"/>
        </w:rPr>
        <w:t>Session Progress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"/>
        <w:gridCol w:w="1456"/>
        <w:gridCol w:w="880"/>
        <w:gridCol w:w="1346"/>
        <w:gridCol w:w="1351"/>
        <w:gridCol w:w="1199"/>
        <w:gridCol w:w="1061"/>
        <w:gridCol w:w="699"/>
      </w:tblGrid>
      <w:tr w:rsidR="00F348E0" w14:paraId="1BFA403D" w14:textId="77777777">
        <w:tc>
          <w:tcPr>
            <w:tcW w:w="1080" w:type="dxa"/>
          </w:tcPr>
          <w:p w14:paraId="1253CEEA" w14:textId="77777777" w:rsidR="00F348E0" w:rsidRDefault="007E1618">
            <w:r>
              <w:t>Date</w:t>
            </w:r>
          </w:p>
        </w:tc>
        <w:tc>
          <w:tcPr>
            <w:tcW w:w="1080" w:type="dxa"/>
          </w:tcPr>
          <w:p w14:paraId="34359DC8" w14:textId="77777777" w:rsidR="00F348E0" w:rsidRDefault="007E1618">
            <w:r>
              <w:t>Skill/Standard</w:t>
            </w:r>
          </w:p>
        </w:tc>
        <w:tc>
          <w:tcPr>
            <w:tcW w:w="1080" w:type="dxa"/>
          </w:tcPr>
          <w:p w14:paraId="07F2D308" w14:textId="77777777" w:rsidR="00F348E0" w:rsidRDefault="007E1618">
            <w:r>
              <w:t>Activity</w:t>
            </w:r>
          </w:p>
        </w:tc>
        <w:tc>
          <w:tcPr>
            <w:tcW w:w="1080" w:type="dxa"/>
          </w:tcPr>
          <w:p w14:paraId="0996976D" w14:textId="77777777" w:rsidR="00F348E0" w:rsidRDefault="007E1618">
            <w:r>
              <w:t>Score/Result</w:t>
            </w:r>
          </w:p>
        </w:tc>
        <w:tc>
          <w:tcPr>
            <w:tcW w:w="1080" w:type="dxa"/>
          </w:tcPr>
          <w:p w14:paraId="713BE8F1" w14:textId="77777777" w:rsidR="00F348E0" w:rsidRDefault="007E1618">
            <w:r>
              <w:t>Participation</w:t>
            </w:r>
          </w:p>
        </w:tc>
        <w:tc>
          <w:tcPr>
            <w:tcW w:w="1080" w:type="dxa"/>
          </w:tcPr>
          <w:p w14:paraId="2264562C" w14:textId="77777777" w:rsidR="00F348E0" w:rsidRDefault="007E1618">
            <w:r>
              <w:t>Homework</w:t>
            </w:r>
          </w:p>
        </w:tc>
        <w:tc>
          <w:tcPr>
            <w:tcW w:w="1080" w:type="dxa"/>
          </w:tcPr>
          <w:p w14:paraId="7E4A89C2" w14:textId="77777777" w:rsidR="00F348E0" w:rsidRDefault="007E1618">
            <w:r>
              <w:t xml:space="preserve">Tutor </w:t>
            </w:r>
            <w:r>
              <w:lastRenderedPageBreak/>
              <w:t>Feedback</w:t>
            </w:r>
          </w:p>
        </w:tc>
        <w:tc>
          <w:tcPr>
            <w:tcW w:w="1080" w:type="dxa"/>
          </w:tcPr>
          <w:p w14:paraId="0C93C506" w14:textId="77777777" w:rsidR="00F348E0" w:rsidRDefault="007E1618">
            <w:r>
              <w:lastRenderedPageBreak/>
              <w:t xml:space="preserve">Next </w:t>
            </w:r>
            <w:r>
              <w:lastRenderedPageBreak/>
              <w:t>Steps</w:t>
            </w:r>
          </w:p>
        </w:tc>
      </w:tr>
      <w:tr w:rsidR="00F348E0" w14:paraId="79AF9207" w14:textId="77777777">
        <w:tc>
          <w:tcPr>
            <w:tcW w:w="1080" w:type="dxa"/>
          </w:tcPr>
          <w:p w14:paraId="6A7F1B74" w14:textId="77777777" w:rsidR="00F348E0" w:rsidRDefault="00F348E0"/>
        </w:tc>
        <w:tc>
          <w:tcPr>
            <w:tcW w:w="1080" w:type="dxa"/>
          </w:tcPr>
          <w:p w14:paraId="294D334B" w14:textId="77777777" w:rsidR="00F348E0" w:rsidRDefault="00F348E0"/>
        </w:tc>
        <w:tc>
          <w:tcPr>
            <w:tcW w:w="1080" w:type="dxa"/>
          </w:tcPr>
          <w:p w14:paraId="11B58B48" w14:textId="77777777" w:rsidR="00F348E0" w:rsidRDefault="00F348E0"/>
        </w:tc>
        <w:tc>
          <w:tcPr>
            <w:tcW w:w="1080" w:type="dxa"/>
          </w:tcPr>
          <w:p w14:paraId="7CAD041F" w14:textId="77777777" w:rsidR="00F348E0" w:rsidRDefault="00F348E0"/>
        </w:tc>
        <w:tc>
          <w:tcPr>
            <w:tcW w:w="1080" w:type="dxa"/>
          </w:tcPr>
          <w:p w14:paraId="14841798" w14:textId="77777777" w:rsidR="00F348E0" w:rsidRDefault="00F348E0"/>
        </w:tc>
        <w:tc>
          <w:tcPr>
            <w:tcW w:w="1080" w:type="dxa"/>
          </w:tcPr>
          <w:p w14:paraId="2A89DF49" w14:textId="77777777" w:rsidR="00F348E0" w:rsidRDefault="00F348E0"/>
        </w:tc>
        <w:tc>
          <w:tcPr>
            <w:tcW w:w="1080" w:type="dxa"/>
          </w:tcPr>
          <w:p w14:paraId="0647CEC9" w14:textId="77777777" w:rsidR="00F348E0" w:rsidRDefault="00F348E0"/>
        </w:tc>
        <w:tc>
          <w:tcPr>
            <w:tcW w:w="1080" w:type="dxa"/>
          </w:tcPr>
          <w:p w14:paraId="0BD4B1A4" w14:textId="77777777" w:rsidR="00F348E0" w:rsidRDefault="00F348E0"/>
        </w:tc>
      </w:tr>
      <w:tr w:rsidR="00F348E0" w14:paraId="60BD0B99" w14:textId="77777777">
        <w:tc>
          <w:tcPr>
            <w:tcW w:w="1080" w:type="dxa"/>
          </w:tcPr>
          <w:p w14:paraId="5F82123F" w14:textId="77777777" w:rsidR="00F348E0" w:rsidRDefault="00F348E0"/>
        </w:tc>
        <w:tc>
          <w:tcPr>
            <w:tcW w:w="1080" w:type="dxa"/>
          </w:tcPr>
          <w:p w14:paraId="1C02F6E5" w14:textId="77777777" w:rsidR="00F348E0" w:rsidRDefault="00F348E0"/>
        </w:tc>
        <w:tc>
          <w:tcPr>
            <w:tcW w:w="1080" w:type="dxa"/>
          </w:tcPr>
          <w:p w14:paraId="38C67A45" w14:textId="77777777" w:rsidR="00F348E0" w:rsidRDefault="00F348E0"/>
        </w:tc>
        <w:tc>
          <w:tcPr>
            <w:tcW w:w="1080" w:type="dxa"/>
          </w:tcPr>
          <w:p w14:paraId="314D830E" w14:textId="77777777" w:rsidR="00F348E0" w:rsidRDefault="00F348E0"/>
        </w:tc>
        <w:tc>
          <w:tcPr>
            <w:tcW w:w="1080" w:type="dxa"/>
          </w:tcPr>
          <w:p w14:paraId="05A98FB3" w14:textId="77777777" w:rsidR="00F348E0" w:rsidRDefault="00F348E0"/>
        </w:tc>
        <w:tc>
          <w:tcPr>
            <w:tcW w:w="1080" w:type="dxa"/>
          </w:tcPr>
          <w:p w14:paraId="54FA70CF" w14:textId="77777777" w:rsidR="00F348E0" w:rsidRDefault="00F348E0"/>
        </w:tc>
        <w:tc>
          <w:tcPr>
            <w:tcW w:w="1080" w:type="dxa"/>
          </w:tcPr>
          <w:p w14:paraId="26C6AA8A" w14:textId="77777777" w:rsidR="00F348E0" w:rsidRDefault="00F348E0"/>
        </w:tc>
        <w:tc>
          <w:tcPr>
            <w:tcW w:w="1080" w:type="dxa"/>
          </w:tcPr>
          <w:p w14:paraId="2E8934D8" w14:textId="77777777" w:rsidR="00F348E0" w:rsidRDefault="00F348E0"/>
        </w:tc>
      </w:tr>
      <w:tr w:rsidR="00F348E0" w14:paraId="73543783" w14:textId="77777777">
        <w:tc>
          <w:tcPr>
            <w:tcW w:w="1080" w:type="dxa"/>
          </w:tcPr>
          <w:p w14:paraId="4F72D136" w14:textId="77777777" w:rsidR="00F348E0" w:rsidRDefault="00F348E0"/>
        </w:tc>
        <w:tc>
          <w:tcPr>
            <w:tcW w:w="1080" w:type="dxa"/>
          </w:tcPr>
          <w:p w14:paraId="02D0DC4A" w14:textId="77777777" w:rsidR="00F348E0" w:rsidRDefault="00F348E0"/>
        </w:tc>
        <w:tc>
          <w:tcPr>
            <w:tcW w:w="1080" w:type="dxa"/>
          </w:tcPr>
          <w:p w14:paraId="219FA3EE" w14:textId="77777777" w:rsidR="00F348E0" w:rsidRDefault="00F348E0"/>
        </w:tc>
        <w:tc>
          <w:tcPr>
            <w:tcW w:w="1080" w:type="dxa"/>
          </w:tcPr>
          <w:p w14:paraId="046098EA" w14:textId="77777777" w:rsidR="00F348E0" w:rsidRDefault="00F348E0"/>
        </w:tc>
        <w:tc>
          <w:tcPr>
            <w:tcW w:w="1080" w:type="dxa"/>
          </w:tcPr>
          <w:p w14:paraId="08D6FD03" w14:textId="77777777" w:rsidR="00F348E0" w:rsidRDefault="00F348E0"/>
        </w:tc>
        <w:tc>
          <w:tcPr>
            <w:tcW w:w="1080" w:type="dxa"/>
          </w:tcPr>
          <w:p w14:paraId="3AB511D0" w14:textId="77777777" w:rsidR="00F348E0" w:rsidRDefault="00F348E0"/>
        </w:tc>
        <w:tc>
          <w:tcPr>
            <w:tcW w:w="1080" w:type="dxa"/>
          </w:tcPr>
          <w:p w14:paraId="4F793B78" w14:textId="77777777" w:rsidR="00F348E0" w:rsidRDefault="00F348E0"/>
        </w:tc>
        <w:tc>
          <w:tcPr>
            <w:tcW w:w="1080" w:type="dxa"/>
          </w:tcPr>
          <w:p w14:paraId="78EB3B70" w14:textId="77777777" w:rsidR="00F348E0" w:rsidRDefault="00F348E0"/>
        </w:tc>
      </w:tr>
      <w:tr w:rsidR="00F348E0" w14:paraId="50F9DA56" w14:textId="77777777">
        <w:tc>
          <w:tcPr>
            <w:tcW w:w="1080" w:type="dxa"/>
          </w:tcPr>
          <w:p w14:paraId="00E2984D" w14:textId="77777777" w:rsidR="00F348E0" w:rsidRDefault="00F348E0"/>
        </w:tc>
        <w:tc>
          <w:tcPr>
            <w:tcW w:w="1080" w:type="dxa"/>
          </w:tcPr>
          <w:p w14:paraId="0FF97141" w14:textId="77777777" w:rsidR="00F348E0" w:rsidRDefault="00F348E0"/>
        </w:tc>
        <w:tc>
          <w:tcPr>
            <w:tcW w:w="1080" w:type="dxa"/>
          </w:tcPr>
          <w:p w14:paraId="6F7A95B1" w14:textId="77777777" w:rsidR="00F348E0" w:rsidRDefault="00F348E0"/>
        </w:tc>
        <w:tc>
          <w:tcPr>
            <w:tcW w:w="1080" w:type="dxa"/>
          </w:tcPr>
          <w:p w14:paraId="4CCD8CCA" w14:textId="77777777" w:rsidR="00F348E0" w:rsidRDefault="00F348E0"/>
        </w:tc>
        <w:tc>
          <w:tcPr>
            <w:tcW w:w="1080" w:type="dxa"/>
          </w:tcPr>
          <w:p w14:paraId="049F0FC2" w14:textId="77777777" w:rsidR="00F348E0" w:rsidRDefault="00F348E0"/>
        </w:tc>
        <w:tc>
          <w:tcPr>
            <w:tcW w:w="1080" w:type="dxa"/>
          </w:tcPr>
          <w:p w14:paraId="652C27F1" w14:textId="77777777" w:rsidR="00F348E0" w:rsidRDefault="00F348E0"/>
        </w:tc>
        <w:tc>
          <w:tcPr>
            <w:tcW w:w="1080" w:type="dxa"/>
          </w:tcPr>
          <w:p w14:paraId="6A0537AB" w14:textId="77777777" w:rsidR="00F348E0" w:rsidRDefault="00F348E0"/>
        </w:tc>
        <w:tc>
          <w:tcPr>
            <w:tcW w:w="1080" w:type="dxa"/>
          </w:tcPr>
          <w:p w14:paraId="65358345" w14:textId="77777777" w:rsidR="00F348E0" w:rsidRDefault="00F348E0"/>
        </w:tc>
      </w:tr>
      <w:tr w:rsidR="00F348E0" w14:paraId="39C1B3B9" w14:textId="77777777">
        <w:tc>
          <w:tcPr>
            <w:tcW w:w="1080" w:type="dxa"/>
          </w:tcPr>
          <w:p w14:paraId="1C3A0124" w14:textId="77777777" w:rsidR="00F348E0" w:rsidRDefault="00F348E0"/>
        </w:tc>
        <w:tc>
          <w:tcPr>
            <w:tcW w:w="1080" w:type="dxa"/>
          </w:tcPr>
          <w:p w14:paraId="784A8B21" w14:textId="77777777" w:rsidR="00F348E0" w:rsidRDefault="00F348E0"/>
        </w:tc>
        <w:tc>
          <w:tcPr>
            <w:tcW w:w="1080" w:type="dxa"/>
          </w:tcPr>
          <w:p w14:paraId="5EC87503" w14:textId="77777777" w:rsidR="00F348E0" w:rsidRDefault="00F348E0"/>
        </w:tc>
        <w:tc>
          <w:tcPr>
            <w:tcW w:w="1080" w:type="dxa"/>
          </w:tcPr>
          <w:p w14:paraId="4B3DD007" w14:textId="77777777" w:rsidR="00F348E0" w:rsidRDefault="00F348E0"/>
        </w:tc>
        <w:tc>
          <w:tcPr>
            <w:tcW w:w="1080" w:type="dxa"/>
          </w:tcPr>
          <w:p w14:paraId="1D627184" w14:textId="77777777" w:rsidR="00F348E0" w:rsidRDefault="00F348E0"/>
        </w:tc>
        <w:tc>
          <w:tcPr>
            <w:tcW w:w="1080" w:type="dxa"/>
          </w:tcPr>
          <w:p w14:paraId="64A987AD" w14:textId="77777777" w:rsidR="00F348E0" w:rsidRDefault="00F348E0"/>
        </w:tc>
        <w:tc>
          <w:tcPr>
            <w:tcW w:w="1080" w:type="dxa"/>
          </w:tcPr>
          <w:p w14:paraId="56C6F6ED" w14:textId="77777777" w:rsidR="00F348E0" w:rsidRDefault="00F348E0"/>
        </w:tc>
        <w:tc>
          <w:tcPr>
            <w:tcW w:w="1080" w:type="dxa"/>
          </w:tcPr>
          <w:p w14:paraId="29FBBE56" w14:textId="77777777" w:rsidR="00F348E0" w:rsidRDefault="00F348E0"/>
        </w:tc>
      </w:tr>
      <w:tr w:rsidR="00F348E0" w14:paraId="2274FF36" w14:textId="77777777">
        <w:tc>
          <w:tcPr>
            <w:tcW w:w="1080" w:type="dxa"/>
          </w:tcPr>
          <w:p w14:paraId="571888D0" w14:textId="77777777" w:rsidR="00F348E0" w:rsidRDefault="00F348E0"/>
        </w:tc>
        <w:tc>
          <w:tcPr>
            <w:tcW w:w="1080" w:type="dxa"/>
          </w:tcPr>
          <w:p w14:paraId="63456DC6" w14:textId="77777777" w:rsidR="00F348E0" w:rsidRDefault="00F348E0"/>
        </w:tc>
        <w:tc>
          <w:tcPr>
            <w:tcW w:w="1080" w:type="dxa"/>
          </w:tcPr>
          <w:p w14:paraId="79913971" w14:textId="77777777" w:rsidR="00F348E0" w:rsidRDefault="00F348E0"/>
        </w:tc>
        <w:tc>
          <w:tcPr>
            <w:tcW w:w="1080" w:type="dxa"/>
          </w:tcPr>
          <w:p w14:paraId="53558F33" w14:textId="77777777" w:rsidR="00F348E0" w:rsidRDefault="00F348E0"/>
        </w:tc>
        <w:tc>
          <w:tcPr>
            <w:tcW w:w="1080" w:type="dxa"/>
          </w:tcPr>
          <w:p w14:paraId="146367C7" w14:textId="77777777" w:rsidR="00F348E0" w:rsidRDefault="00F348E0"/>
        </w:tc>
        <w:tc>
          <w:tcPr>
            <w:tcW w:w="1080" w:type="dxa"/>
          </w:tcPr>
          <w:p w14:paraId="44910560" w14:textId="77777777" w:rsidR="00F348E0" w:rsidRDefault="00F348E0"/>
        </w:tc>
        <w:tc>
          <w:tcPr>
            <w:tcW w:w="1080" w:type="dxa"/>
          </w:tcPr>
          <w:p w14:paraId="0A8803AD" w14:textId="77777777" w:rsidR="00F348E0" w:rsidRDefault="00F348E0"/>
        </w:tc>
        <w:tc>
          <w:tcPr>
            <w:tcW w:w="1080" w:type="dxa"/>
          </w:tcPr>
          <w:p w14:paraId="1F01C87C" w14:textId="77777777" w:rsidR="00F348E0" w:rsidRDefault="00F348E0"/>
        </w:tc>
      </w:tr>
      <w:tr w:rsidR="00F348E0" w14:paraId="7318BFCC" w14:textId="77777777">
        <w:tc>
          <w:tcPr>
            <w:tcW w:w="1080" w:type="dxa"/>
          </w:tcPr>
          <w:p w14:paraId="7D6F7D00" w14:textId="77777777" w:rsidR="00F348E0" w:rsidRDefault="00F348E0"/>
        </w:tc>
        <w:tc>
          <w:tcPr>
            <w:tcW w:w="1080" w:type="dxa"/>
          </w:tcPr>
          <w:p w14:paraId="391B66A8" w14:textId="77777777" w:rsidR="00F348E0" w:rsidRDefault="00F348E0"/>
        </w:tc>
        <w:tc>
          <w:tcPr>
            <w:tcW w:w="1080" w:type="dxa"/>
          </w:tcPr>
          <w:p w14:paraId="6B3E0608" w14:textId="77777777" w:rsidR="00F348E0" w:rsidRDefault="00F348E0"/>
        </w:tc>
        <w:tc>
          <w:tcPr>
            <w:tcW w:w="1080" w:type="dxa"/>
          </w:tcPr>
          <w:p w14:paraId="457A5A4A" w14:textId="77777777" w:rsidR="00F348E0" w:rsidRDefault="00F348E0"/>
        </w:tc>
        <w:tc>
          <w:tcPr>
            <w:tcW w:w="1080" w:type="dxa"/>
          </w:tcPr>
          <w:p w14:paraId="01E6AC9E" w14:textId="77777777" w:rsidR="00F348E0" w:rsidRDefault="00F348E0"/>
        </w:tc>
        <w:tc>
          <w:tcPr>
            <w:tcW w:w="1080" w:type="dxa"/>
          </w:tcPr>
          <w:p w14:paraId="0978D3D0" w14:textId="77777777" w:rsidR="00F348E0" w:rsidRDefault="00F348E0"/>
        </w:tc>
        <w:tc>
          <w:tcPr>
            <w:tcW w:w="1080" w:type="dxa"/>
          </w:tcPr>
          <w:p w14:paraId="7B627EB2" w14:textId="77777777" w:rsidR="00F348E0" w:rsidRDefault="00F348E0"/>
        </w:tc>
        <w:tc>
          <w:tcPr>
            <w:tcW w:w="1080" w:type="dxa"/>
          </w:tcPr>
          <w:p w14:paraId="0CA362FA" w14:textId="77777777" w:rsidR="00F348E0" w:rsidRDefault="00F348E0"/>
        </w:tc>
      </w:tr>
      <w:tr w:rsidR="00F348E0" w14:paraId="58A2BB1B" w14:textId="77777777">
        <w:tc>
          <w:tcPr>
            <w:tcW w:w="1080" w:type="dxa"/>
          </w:tcPr>
          <w:p w14:paraId="1782F10B" w14:textId="77777777" w:rsidR="00F348E0" w:rsidRDefault="00F348E0"/>
        </w:tc>
        <w:tc>
          <w:tcPr>
            <w:tcW w:w="1080" w:type="dxa"/>
          </w:tcPr>
          <w:p w14:paraId="1565F742" w14:textId="77777777" w:rsidR="00F348E0" w:rsidRDefault="00F348E0"/>
        </w:tc>
        <w:tc>
          <w:tcPr>
            <w:tcW w:w="1080" w:type="dxa"/>
          </w:tcPr>
          <w:p w14:paraId="03CB64AA" w14:textId="77777777" w:rsidR="00F348E0" w:rsidRDefault="00F348E0"/>
        </w:tc>
        <w:tc>
          <w:tcPr>
            <w:tcW w:w="1080" w:type="dxa"/>
          </w:tcPr>
          <w:p w14:paraId="2CE17E63" w14:textId="77777777" w:rsidR="00F348E0" w:rsidRDefault="00F348E0"/>
        </w:tc>
        <w:tc>
          <w:tcPr>
            <w:tcW w:w="1080" w:type="dxa"/>
          </w:tcPr>
          <w:p w14:paraId="61BA7162" w14:textId="77777777" w:rsidR="00F348E0" w:rsidRDefault="00F348E0"/>
        </w:tc>
        <w:tc>
          <w:tcPr>
            <w:tcW w:w="1080" w:type="dxa"/>
          </w:tcPr>
          <w:p w14:paraId="489C9923" w14:textId="77777777" w:rsidR="00F348E0" w:rsidRDefault="00F348E0"/>
        </w:tc>
        <w:tc>
          <w:tcPr>
            <w:tcW w:w="1080" w:type="dxa"/>
          </w:tcPr>
          <w:p w14:paraId="3AABBA11" w14:textId="77777777" w:rsidR="00F348E0" w:rsidRDefault="00F348E0"/>
        </w:tc>
        <w:tc>
          <w:tcPr>
            <w:tcW w:w="1080" w:type="dxa"/>
          </w:tcPr>
          <w:p w14:paraId="690DFCA8" w14:textId="77777777" w:rsidR="00F348E0" w:rsidRDefault="00F348E0"/>
        </w:tc>
      </w:tr>
      <w:tr w:rsidR="00F348E0" w14:paraId="69FD98B1" w14:textId="77777777">
        <w:tc>
          <w:tcPr>
            <w:tcW w:w="1080" w:type="dxa"/>
          </w:tcPr>
          <w:p w14:paraId="75F0E13C" w14:textId="77777777" w:rsidR="00F348E0" w:rsidRDefault="00F348E0"/>
        </w:tc>
        <w:tc>
          <w:tcPr>
            <w:tcW w:w="1080" w:type="dxa"/>
          </w:tcPr>
          <w:p w14:paraId="34FDA040" w14:textId="77777777" w:rsidR="00F348E0" w:rsidRDefault="00F348E0"/>
        </w:tc>
        <w:tc>
          <w:tcPr>
            <w:tcW w:w="1080" w:type="dxa"/>
          </w:tcPr>
          <w:p w14:paraId="00F98EFF" w14:textId="77777777" w:rsidR="00F348E0" w:rsidRDefault="00F348E0"/>
        </w:tc>
        <w:tc>
          <w:tcPr>
            <w:tcW w:w="1080" w:type="dxa"/>
          </w:tcPr>
          <w:p w14:paraId="00EF74A7" w14:textId="77777777" w:rsidR="00F348E0" w:rsidRDefault="00F348E0"/>
        </w:tc>
        <w:tc>
          <w:tcPr>
            <w:tcW w:w="1080" w:type="dxa"/>
          </w:tcPr>
          <w:p w14:paraId="7D5ADDFE" w14:textId="77777777" w:rsidR="00F348E0" w:rsidRDefault="00F348E0"/>
        </w:tc>
        <w:tc>
          <w:tcPr>
            <w:tcW w:w="1080" w:type="dxa"/>
          </w:tcPr>
          <w:p w14:paraId="22034EE0" w14:textId="77777777" w:rsidR="00F348E0" w:rsidRDefault="00F348E0"/>
        </w:tc>
        <w:tc>
          <w:tcPr>
            <w:tcW w:w="1080" w:type="dxa"/>
          </w:tcPr>
          <w:p w14:paraId="73F59A66" w14:textId="77777777" w:rsidR="00F348E0" w:rsidRDefault="00F348E0"/>
        </w:tc>
        <w:tc>
          <w:tcPr>
            <w:tcW w:w="1080" w:type="dxa"/>
          </w:tcPr>
          <w:p w14:paraId="30312FA5" w14:textId="77777777" w:rsidR="00F348E0" w:rsidRDefault="00F348E0"/>
        </w:tc>
      </w:tr>
      <w:tr w:rsidR="00F348E0" w14:paraId="03CE3254" w14:textId="77777777">
        <w:tc>
          <w:tcPr>
            <w:tcW w:w="1080" w:type="dxa"/>
          </w:tcPr>
          <w:p w14:paraId="40D7B0A4" w14:textId="77777777" w:rsidR="00F348E0" w:rsidRDefault="00F348E0"/>
        </w:tc>
        <w:tc>
          <w:tcPr>
            <w:tcW w:w="1080" w:type="dxa"/>
          </w:tcPr>
          <w:p w14:paraId="2DA06476" w14:textId="77777777" w:rsidR="00F348E0" w:rsidRDefault="00F348E0"/>
        </w:tc>
        <w:tc>
          <w:tcPr>
            <w:tcW w:w="1080" w:type="dxa"/>
          </w:tcPr>
          <w:p w14:paraId="7D3AD762" w14:textId="77777777" w:rsidR="00F348E0" w:rsidRDefault="00F348E0"/>
        </w:tc>
        <w:tc>
          <w:tcPr>
            <w:tcW w:w="1080" w:type="dxa"/>
          </w:tcPr>
          <w:p w14:paraId="5565C69B" w14:textId="77777777" w:rsidR="00F348E0" w:rsidRDefault="00F348E0"/>
        </w:tc>
        <w:tc>
          <w:tcPr>
            <w:tcW w:w="1080" w:type="dxa"/>
          </w:tcPr>
          <w:p w14:paraId="3C8119D3" w14:textId="77777777" w:rsidR="00F348E0" w:rsidRDefault="00F348E0"/>
        </w:tc>
        <w:tc>
          <w:tcPr>
            <w:tcW w:w="1080" w:type="dxa"/>
          </w:tcPr>
          <w:p w14:paraId="3FC8949C" w14:textId="77777777" w:rsidR="00F348E0" w:rsidRDefault="00F348E0"/>
        </w:tc>
        <w:tc>
          <w:tcPr>
            <w:tcW w:w="1080" w:type="dxa"/>
          </w:tcPr>
          <w:p w14:paraId="0CFA002A" w14:textId="77777777" w:rsidR="00F348E0" w:rsidRDefault="00F348E0"/>
        </w:tc>
        <w:tc>
          <w:tcPr>
            <w:tcW w:w="1080" w:type="dxa"/>
          </w:tcPr>
          <w:p w14:paraId="6DE4F66A" w14:textId="77777777" w:rsidR="00F348E0" w:rsidRDefault="00F348E0"/>
        </w:tc>
      </w:tr>
    </w:tbl>
    <w:p w14:paraId="186D70B2" w14:textId="77777777" w:rsidR="00F348E0" w:rsidRDefault="007E1618">
      <w:r>
        <w:rPr>
          <w:b/>
          <w:color w:val="B8860B"/>
          <w:sz w:val="28"/>
        </w:rPr>
        <w:t>Performance Ratings</w:t>
      </w:r>
    </w:p>
    <w:p w14:paraId="39892EA3" w14:textId="77777777" w:rsidR="00F348E0" w:rsidRDefault="007E1618">
      <w:r>
        <w:t>Mathematical/Chemistry Understanding:  ☐1 ☐2 ☐3 ☐4 ☐5</w:t>
      </w:r>
    </w:p>
    <w:p w14:paraId="5ECEF21D" w14:textId="77777777" w:rsidR="00F348E0" w:rsidRDefault="007E1618">
      <w:r>
        <w:t>Problem-Solving Skills:               ☐1 ☐2 ☐3 ☐4 ☐5</w:t>
      </w:r>
    </w:p>
    <w:p w14:paraId="442B26A4" w14:textId="77777777" w:rsidR="00F348E0" w:rsidRDefault="007E1618">
      <w:r>
        <w:t>Confidence:                           ☐1 ☐2 ☐3 ☐4 ☐5</w:t>
      </w:r>
    </w:p>
    <w:p w14:paraId="46762ED4" w14:textId="77777777" w:rsidR="00F348E0" w:rsidRDefault="007E1618">
      <w:r>
        <w:t>Homework Completion:                  ☐1 ☐2 ☐3 ☐4 ☐5</w:t>
      </w:r>
    </w:p>
    <w:p w14:paraId="3EEF5F45" w14:textId="77777777" w:rsidR="00F348E0" w:rsidRDefault="007E1618">
      <w:r>
        <w:t>Participation &amp; Effort:               ☐1 ☐2 ☐3 ☐4 ☐5</w:t>
      </w:r>
    </w:p>
    <w:p w14:paraId="0026B542" w14:textId="77777777" w:rsidR="00F348E0" w:rsidRDefault="007E1618">
      <w:r>
        <w:rPr>
          <w:b/>
          <w:color w:val="B8860B"/>
          <w:sz w:val="28"/>
        </w:rPr>
        <w:t>Progress Summary</w:t>
      </w:r>
    </w:p>
    <w:p w14:paraId="68045AA0" w14:textId="77777777" w:rsidR="00F348E0" w:rsidRDefault="007E1618">
      <w:r>
        <w:t>Skills Mastered:</w:t>
      </w:r>
      <w:r>
        <w:br/>
        <w:t>________________________________________________________</w:t>
      </w:r>
    </w:p>
    <w:p w14:paraId="0A158811" w14:textId="77777777" w:rsidR="00F348E0" w:rsidRDefault="007E1618">
      <w:r>
        <w:t>Skills Requiring Additional Practice:</w:t>
      </w:r>
      <w:r>
        <w:br/>
        <w:t>________________________________________________________</w:t>
      </w:r>
    </w:p>
    <w:p w14:paraId="7711B12A" w14:textId="77777777" w:rsidR="00F348E0" w:rsidRDefault="007E1618">
      <w:r>
        <w:t>Evidence of Growth:</w:t>
      </w:r>
      <w:r>
        <w:br/>
      </w:r>
      <w:r>
        <w:t>________________________________________________________</w:t>
      </w:r>
    </w:p>
    <w:p w14:paraId="7CC692E9" w14:textId="77777777" w:rsidR="00F348E0" w:rsidRDefault="007E1618">
      <w:r>
        <w:rPr>
          <w:b/>
          <w:color w:val="B8860B"/>
          <w:sz w:val="28"/>
        </w:rPr>
        <w:t>Parent Communication</w:t>
      </w:r>
    </w:p>
    <w:p w14:paraId="68FF022F" w14:textId="77777777" w:rsidR="00F348E0" w:rsidRDefault="007E1618">
      <w:r>
        <w:t>Date: _____________________</w:t>
      </w:r>
    </w:p>
    <w:p w14:paraId="1A03A390" w14:textId="77777777" w:rsidR="00F348E0" w:rsidRDefault="007E1618">
      <w:r>
        <w:t>Method: ☐ In Person  ☐ Phone  ☐ Email  ☐ Text  ☐ Written Progress Report</w:t>
      </w:r>
    </w:p>
    <w:p w14:paraId="18A680AA" w14:textId="77777777" w:rsidR="00F348E0" w:rsidRDefault="007E1618">
      <w:r>
        <w:t>Summary:</w:t>
      </w:r>
      <w:r>
        <w:br/>
        <w:t>________________________________________________________</w:t>
      </w:r>
    </w:p>
    <w:p w14:paraId="46A2B9D2" w14:textId="77777777" w:rsidR="00F348E0" w:rsidRDefault="007E1618">
      <w:r>
        <w:rPr>
          <w:b/>
          <w:color w:val="B8860B"/>
          <w:sz w:val="28"/>
        </w:rPr>
        <w:t>Instructional Plan for Next Reporting Period</w:t>
      </w:r>
    </w:p>
    <w:p w14:paraId="6BBF92BD" w14:textId="77777777" w:rsidR="00F348E0" w:rsidRDefault="007E1618">
      <w:r>
        <w:t>☐</w:t>
      </w:r>
      <w:r>
        <w:t xml:space="preserve"> Continue current plan</w:t>
      </w:r>
    </w:p>
    <w:p w14:paraId="2F6D5A9E" w14:textId="77777777" w:rsidR="00F348E0" w:rsidRDefault="007E1618">
      <w:r>
        <w:lastRenderedPageBreak/>
        <w:t>☐</w:t>
      </w:r>
      <w:r>
        <w:t xml:space="preserve"> Increase tutoring frequency</w:t>
      </w:r>
    </w:p>
    <w:p w14:paraId="113A1FEA" w14:textId="77777777" w:rsidR="00F348E0" w:rsidRDefault="007E1618">
      <w:r>
        <w:t>☐</w:t>
      </w:r>
      <w:r>
        <w:t xml:space="preserve"> Focus on prerequisite skills</w:t>
      </w:r>
    </w:p>
    <w:p w14:paraId="7DE7168A" w14:textId="77777777" w:rsidR="00F348E0" w:rsidRDefault="007E1618">
      <w:r>
        <w:t>☐</w:t>
      </w:r>
      <w:r>
        <w:t xml:space="preserve"> Test preparation</w:t>
      </w:r>
    </w:p>
    <w:p w14:paraId="2558B7BA" w14:textId="77777777" w:rsidR="00F348E0" w:rsidRDefault="007E1618">
      <w:r>
        <w:t>☐</w:t>
      </w:r>
      <w:r>
        <w:t xml:space="preserve"> Enrichment activities</w:t>
      </w:r>
    </w:p>
    <w:p w14:paraId="578D1D55" w14:textId="77777777" w:rsidR="00F348E0" w:rsidRDefault="007E1618">
      <w:r>
        <w:t>☐</w:t>
      </w:r>
      <w:r>
        <w:t xml:space="preserve"> Reassess learning goals</w:t>
      </w:r>
    </w:p>
    <w:p w14:paraId="5BAB19A6" w14:textId="77777777" w:rsidR="00F348E0" w:rsidRDefault="007E1618">
      <w:r>
        <w:t>Additional Notes:</w:t>
      </w:r>
      <w:r>
        <w:br/>
      </w:r>
      <w:r>
        <w:t>________________________________________________________</w:t>
      </w:r>
    </w:p>
    <w:p w14:paraId="4E03D1FE" w14:textId="77777777" w:rsidR="00F348E0" w:rsidRDefault="007E1618">
      <w:r>
        <w:rPr>
          <w:b/>
          <w:color w:val="B8860B"/>
          <w:sz w:val="28"/>
        </w:rPr>
        <w:t>Signatures</w:t>
      </w:r>
    </w:p>
    <w:p w14:paraId="039BCB34" w14:textId="77777777" w:rsidR="00F348E0" w:rsidRDefault="007E1618">
      <w:r>
        <w:t>Tutor: __________________________________ Date: __________</w:t>
      </w:r>
    </w:p>
    <w:p w14:paraId="0ACF39C6" w14:textId="77777777" w:rsidR="00F348E0" w:rsidRDefault="007E1618">
      <w:r>
        <w:t>Parent/Guardian: ________________________ Date: __________</w:t>
      </w:r>
    </w:p>
    <w:p w14:paraId="4AE81707" w14:textId="77777777" w:rsidR="00F348E0" w:rsidRDefault="007E1618">
      <w:r>
        <w:t>Student: ________________________________ Date: __________</w:t>
      </w:r>
    </w:p>
    <w:sectPr w:rsidR="00F348E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0388285">
    <w:abstractNumId w:val="8"/>
  </w:num>
  <w:num w:numId="2" w16cid:durableId="1231189544">
    <w:abstractNumId w:val="6"/>
  </w:num>
  <w:num w:numId="3" w16cid:durableId="1627732104">
    <w:abstractNumId w:val="5"/>
  </w:num>
  <w:num w:numId="4" w16cid:durableId="42946054">
    <w:abstractNumId w:val="4"/>
  </w:num>
  <w:num w:numId="5" w16cid:durableId="215044702">
    <w:abstractNumId w:val="7"/>
  </w:num>
  <w:num w:numId="6" w16cid:durableId="677998518">
    <w:abstractNumId w:val="3"/>
  </w:num>
  <w:num w:numId="7" w16cid:durableId="543443104">
    <w:abstractNumId w:val="2"/>
  </w:num>
  <w:num w:numId="8" w16cid:durableId="1415543254">
    <w:abstractNumId w:val="1"/>
  </w:num>
  <w:num w:numId="9" w16cid:durableId="1258249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561E"/>
    <w:rsid w:val="0015074B"/>
    <w:rsid w:val="0029639D"/>
    <w:rsid w:val="002E7B2F"/>
    <w:rsid w:val="00326F90"/>
    <w:rsid w:val="00AA1D8D"/>
    <w:rsid w:val="00B47730"/>
    <w:rsid w:val="00CB0664"/>
    <w:rsid w:val="00F348E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004186"/>
  <w14:defaultImageDpi w14:val="300"/>
  <w15:docId w15:val="{E678BB72-3418-43E4-B954-4CAEE518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Saundra Hall</cp:lastModifiedBy>
  <cp:revision>2</cp:revision>
  <dcterms:created xsi:type="dcterms:W3CDTF">2026-07-15T09:49:00Z</dcterms:created>
  <dcterms:modified xsi:type="dcterms:W3CDTF">2026-07-15T09:49:00Z</dcterms:modified>
  <cp:category/>
</cp:coreProperties>
</file>