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759DF" w14:textId="77777777" w:rsidR="00A43A58" w:rsidRDefault="00A43A58" w:rsidP="00A43A58">
      <w:pPr>
        <w:jc w:val="center"/>
        <w:rPr>
          <w:b/>
          <w:color w:val="0F2B5B"/>
          <w:sz w:val="40"/>
        </w:rPr>
      </w:pPr>
      <w:r w:rsidRPr="00A43A58">
        <w:rPr>
          <w:b/>
          <w:color w:val="0F2B5B"/>
          <w:sz w:val="40"/>
        </w:rPr>
        <w:drawing>
          <wp:inline distT="0" distB="0" distL="0" distR="0" wp14:anchorId="78B68F1D" wp14:editId="652FE524">
            <wp:extent cx="1232452" cy="1212389"/>
            <wp:effectExtent l="0" t="0" r="6350" b="6985"/>
            <wp:docPr id="6705967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122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0A2D0" w14:textId="627BE830" w:rsidR="00C26346" w:rsidRPr="00A43A58" w:rsidRDefault="000F54FF" w:rsidP="00A43A58">
      <w:pPr>
        <w:jc w:val="center"/>
        <w:rPr>
          <w:b/>
          <w:color w:val="0F2B5B"/>
          <w:sz w:val="40"/>
        </w:rPr>
      </w:pPr>
      <w:r>
        <w:rPr>
          <w:b/>
          <w:color w:val="0F2B5B"/>
          <w:sz w:val="40"/>
        </w:rPr>
        <w:t>THE BRIDGE TO MATH AND CHEMISTRY SUCCESS HALL TUTORING SERVICES</w:t>
      </w:r>
      <w:r>
        <w:rPr>
          <w:b/>
          <w:color w:val="0F2B5B"/>
          <w:sz w:val="40"/>
        </w:rPr>
        <w:br/>
      </w:r>
      <w:r>
        <w:rPr>
          <w:b/>
          <w:color w:val="0F2B5B"/>
          <w:sz w:val="40"/>
        </w:rPr>
        <w:br/>
        <w:t>ACADEMIC INTEGRITY POLICY</w:t>
      </w:r>
    </w:p>
    <w:p w14:paraId="0102AC14" w14:textId="77777777" w:rsidR="00C26346" w:rsidRDefault="000F54FF">
      <w:r>
        <w:rPr>
          <w:b/>
          <w:color w:val="B8860B"/>
          <w:sz w:val="28"/>
        </w:rPr>
        <w:t>Purpose</w:t>
      </w:r>
    </w:p>
    <w:p w14:paraId="5E903CAD" w14:textId="77777777" w:rsidR="00C26346" w:rsidRDefault="000F54FF">
      <w:r>
        <w:t>The Bridge to Math and Chemistry Success Hall Tutoring Services is committed to fostering honesty, responsibility, and ethical academic behavior. This policy establishes expectations for students, parents/guardians, and tutors so that tutoring strengthens genuine learning and independent achievement.</w:t>
      </w:r>
    </w:p>
    <w:p w14:paraId="5E74A8A4" w14:textId="77777777" w:rsidR="00C26346" w:rsidRDefault="000F54FF">
      <w:r>
        <w:rPr>
          <w:b/>
          <w:color w:val="B8860B"/>
          <w:sz w:val="28"/>
        </w:rPr>
        <w:t>Core Principles</w:t>
      </w:r>
    </w:p>
    <w:p w14:paraId="3C76812E" w14:textId="77777777" w:rsidR="00C26346" w:rsidRDefault="000F54FF">
      <w:pPr>
        <w:pStyle w:val="ListBullet"/>
      </w:pPr>
      <w:r>
        <w:t>Honesty in all academic work.</w:t>
      </w:r>
    </w:p>
    <w:p w14:paraId="2946A73E" w14:textId="77777777" w:rsidR="00C26346" w:rsidRDefault="000F54FF">
      <w:pPr>
        <w:pStyle w:val="ListBullet"/>
      </w:pPr>
      <w:r>
        <w:t>Personal responsibility for learning.</w:t>
      </w:r>
    </w:p>
    <w:p w14:paraId="168AADB9" w14:textId="77777777" w:rsidR="00C26346" w:rsidRDefault="000F54FF">
      <w:pPr>
        <w:pStyle w:val="ListBullet"/>
      </w:pPr>
      <w:r>
        <w:t>Respect for intellectual property.</w:t>
      </w:r>
    </w:p>
    <w:p w14:paraId="61374E86" w14:textId="77777777" w:rsidR="00C26346" w:rsidRDefault="000F54FF">
      <w:pPr>
        <w:pStyle w:val="ListBullet"/>
      </w:pPr>
      <w:r>
        <w:t>Fairness and ethical decision-making.</w:t>
      </w:r>
    </w:p>
    <w:p w14:paraId="21CC4CFD" w14:textId="77777777" w:rsidR="00C26346" w:rsidRDefault="000F54FF">
      <w:pPr>
        <w:pStyle w:val="ListBullet"/>
      </w:pPr>
      <w:r>
        <w:t>Growth through understanding rather than shortcuts.</w:t>
      </w:r>
    </w:p>
    <w:p w14:paraId="35B24560" w14:textId="77777777" w:rsidR="00C26346" w:rsidRDefault="000F54FF">
      <w:r>
        <w:rPr>
          <w:b/>
          <w:color w:val="B8860B"/>
          <w:sz w:val="28"/>
        </w:rPr>
        <w:t>Student Expectations</w:t>
      </w:r>
    </w:p>
    <w:p w14:paraId="131C47F3" w14:textId="77777777" w:rsidR="00C26346" w:rsidRDefault="000F54FF">
      <w:pPr>
        <w:pStyle w:val="ListBullet"/>
      </w:pPr>
      <w:r>
        <w:t>Complete assignments using your own understanding unless collaboration is specifically authorized.</w:t>
      </w:r>
    </w:p>
    <w:p w14:paraId="3F00E11C" w14:textId="77777777" w:rsidR="00C26346" w:rsidRDefault="000F54FF">
      <w:pPr>
        <w:pStyle w:val="ListBullet"/>
      </w:pPr>
      <w:r>
        <w:t>Use tutoring sessions to learn concepts and strategies rather than obtain answers only.</w:t>
      </w:r>
    </w:p>
    <w:p w14:paraId="1FC8D2FB" w14:textId="77777777" w:rsidR="00C26346" w:rsidRDefault="000F54FF">
      <w:pPr>
        <w:pStyle w:val="ListBullet"/>
      </w:pPr>
      <w:r>
        <w:t>Ask questions when you need clarification.</w:t>
      </w:r>
    </w:p>
    <w:p w14:paraId="7652988F" w14:textId="77777777" w:rsidR="00C26346" w:rsidRDefault="000F54FF">
      <w:pPr>
        <w:pStyle w:val="ListBullet"/>
      </w:pPr>
      <w:r>
        <w:t>Properly acknowledge sources when required by a teacher or school.</w:t>
      </w:r>
    </w:p>
    <w:p w14:paraId="59B39AB0" w14:textId="77777777" w:rsidR="00C26346" w:rsidRDefault="000F54FF">
      <w:pPr>
        <w:pStyle w:val="ListBullet"/>
      </w:pPr>
      <w:r>
        <w:t>Follow all school and classroom academic integrity expectations.</w:t>
      </w:r>
    </w:p>
    <w:p w14:paraId="5A422BC6" w14:textId="77777777" w:rsidR="00C26346" w:rsidRDefault="000F54FF">
      <w:r>
        <w:rPr>
          <w:b/>
          <w:color w:val="B8860B"/>
          <w:sz w:val="28"/>
        </w:rPr>
        <w:t>Artificial Intelligence (AI) and Technology</w:t>
      </w:r>
    </w:p>
    <w:p w14:paraId="379642F7" w14:textId="77777777" w:rsidR="00C26346" w:rsidRDefault="000F54FF">
      <w:r>
        <w:t xml:space="preserve">AI tools may be used only when permitted by a student's teacher or school and only as learning aids. Students are expected to understand, verify, and be able to explain any work submitted. </w:t>
      </w:r>
      <w:r>
        <w:lastRenderedPageBreak/>
        <w:t>AI-generated responses should never be presented as original student work when prohibited by school or classroom expectations.</w:t>
      </w:r>
    </w:p>
    <w:p w14:paraId="1A93D71F" w14:textId="77777777" w:rsidR="00C26346" w:rsidRDefault="000F54FF">
      <w:r>
        <w:rPr>
          <w:b/>
          <w:color w:val="B8860B"/>
          <w:sz w:val="28"/>
        </w:rPr>
        <w:t>Tutor Responsibilities</w:t>
      </w:r>
    </w:p>
    <w:p w14:paraId="34B08E7D" w14:textId="77777777" w:rsidR="00C26346" w:rsidRDefault="000F54FF">
      <w:pPr>
        <w:pStyle w:val="ListBullet"/>
      </w:pPr>
      <w:r>
        <w:t>Teach concepts, strategies, and problem-solving skills.</w:t>
      </w:r>
    </w:p>
    <w:p w14:paraId="74571D29" w14:textId="77777777" w:rsidR="00C26346" w:rsidRDefault="000F54FF">
      <w:pPr>
        <w:pStyle w:val="ListBullet"/>
      </w:pPr>
      <w:r>
        <w:t>Encourage independent thinking and perseverance.</w:t>
      </w:r>
    </w:p>
    <w:p w14:paraId="4D06A03C" w14:textId="77777777" w:rsidR="00C26346" w:rsidRDefault="000F54FF">
      <w:pPr>
        <w:pStyle w:val="ListBullet"/>
      </w:pPr>
      <w:r>
        <w:t>Refuse requests to complete assignments or assessments on behalf of students.</w:t>
      </w:r>
    </w:p>
    <w:p w14:paraId="123DFED5" w14:textId="77777777" w:rsidR="00C26346" w:rsidRDefault="000F54FF">
      <w:pPr>
        <w:pStyle w:val="ListBullet"/>
      </w:pPr>
      <w:r>
        <w:t>Provide honest feedback about student progress.</w:t>
      </w:r>
    </w:p>
    <w:p w14:paraId="6F65ED78" w14:textId="77777777" w:rsidR="00C26346" w:rsidRDefault="000F54FF">
      <w:pPr>
        <w:pStyle w:val="ListBullet"/>
      </w:pPr>
      <w:r>
        <w:t>Model ethical academic behavior at all times.</w:t>
      </w:r>
    </w:p>
    <w:p w14:paraId="3454085C" w14:textId="77777777" w:rsidR="00C26346" w:rsidRDefault="000F54FF">
      <w:r>
        <w:rPr>
          <w:b/>
          <w:color w:val="B8860B"/>
          <w:sz w:val="28"/>
        </w:rPr>
        <w:t>Examples of Academic Misconduct</w:t>
      </w:r>
    </w:p>
    <w:p w14:paraId="16D17D54" w14:textId="77777777" w:rsidR="00C26346" w:rsidRDefault="000F54FF">
      <w:pPr>
        <w:pStyle w:val="ListBullet"/>
      </w:pPr>
      <w:r>
        <w:t>Copying another person's work.</w:t>
      </w:r>
    </w:p>
    <w:p w14:paraId="7DC1B310" w14:textId="77777777" w:rsidR="00C26346" w:rsidRDefault="000F54FF">
      <w:pPr>
        <w:pStyle w:val="ListBullet"/>
      </w:pPr>
      <w:r>
        <w:t>Submitting work completed primarily by someone else without authorization.</w:t>
      </w:r>
    </w:p>
    <w:p w14:paraId="0AFF6BD2" w14:textId="77777777" w:rsidR="00C26346" w:rsidRDefault="000F54FF">
      <w:pPr>
        <w:pStyle w:val="ListBullet"/>
      </w:pPr>
      <w:r>
        <w:t>Using unauthorized notes, calculators, websites, or AI tools during assignments or assessments.</w:t>
      </w:r>
    </w:p>
    <w:p w14:paraId="03D80646" w14:textId="77777777" w:rsidR="00C26346" w:rsidRDefault="000F54FF">
      <w:pPr>
        <w:pStyle w:val="ListBullet"/>
      </w:pPr>
      <w:r>
        <w:t>Plagiarism or failing to credit sources when required.</w:t>
      </w:r>
    </w:p>
    <w:p w14:paraId="11755AA3" w14:textId="77777777" w:rsidR="00C26346" w:rsidRDefault="000F54FF">
      <w:pPr>
        <w:pStyle w:val="ListBullet"/>
      </w:pPr>
      <w:r>
        <w:t>Sharing answers intended to be completed independently.</w:t>
      </w:r>
    </w:p>
    <w:p w14:paraId="5E22E353" w14:textId="77777777" w:rsidR="00C26346" w:rsidRDefault="000F54FF">
      <w:r>
        <w:rPr>
          <w:b/>
          <w:color w:val="B8860B"/>
          <w:sz w:val="28"/>
        </w:rPr>
        <w:t>Response to Violations</w:t>
      </w:r>
    </w:p>
    <w:p w14:paraId="7B77C542" w14:textId="77777777" w:rsidR="00C26346" w:rsidRDefault="000F54FF">
      <w:pPr>
        <w:pStyle w:val="ListBullet"/>
      </w:pPr>
      <w:r>
        <w:t>Discuss the concern with the student.</w:t>
      </w:r>
    </w:p>
    <w:p w14:paraId="3CD77A93" w14:textId="77777777" w:rsidR="00C26346" w:rsidRDefault="000F54FF">
      <w:pPr>
        <w:pStyle w:val="ListBullet"/>
      </w:pPr>
      <w:r>
        <w:t>Notify the parent or guardian when appropriate.</w:t>
      </w:r>
    </w:p>
    <w:p w14:paraId="31862E26" w14:textId="77777777" w:rsidR="00C26346" w:rsidRDefault="000F54FF">
      <w:pPr>
        <w:pStyle w:val="ListBullet"/>
      </w:pPr>
      <w:r>
        <w:t>Adjust tutoring strategies to reinforce ethical learning.</w:t>
      </w:r>
    </w:p>
    <w:p w14:paraId="03A52BFE" w14:textId="77777777" w:rsidR="00C26346" w:rsidRDefault="000F54FF">
      <w:pPr>
        <w:pStyle w:val="ListBullet"/>
      </w:pPr>
      <w:r>
        <w:t>Decline assistance that would violate school or classroom rules.</w:t>
      </w:r>
    </w:p>
    <w:p w14:paraId="72956DFC" w14:textId="77777777" w:rsidR="00C26346" w:rsidRDefault="000F54FF">
      <w:pPr>
        <w:pStyle w:val="ListBullet"/>
      </w:pPr>
      <w:r>
        <w:t>Terminate tutoring services for repeated or serious violations when necessary.</w:t>
      </w:r>
    </w:p>
    <w:p w14:paraId="69A95E05" w14:textId="77777777" w:rsidR="00C26346" w:rsidRDefault="000F54FF">
      <w:r>
        <w:rPr>
          <w:b/>
          <w:color w:val="B8860B"/>
          <w:sz w:val="28"/>
        </w:rPr>
        <w:t>Acknowledgment</w:t>
      </w:r>
    </w:p>
    <w:p w14:paraId="2188E13A" w14:textId="77777777" w:rsidR="00C26346" w:rsidRDefault="000F54FF">
      <w:r>
        <w:t>I have read, understand, and agree to follow this Academic Integrity Policy.</w:t>
      </w:r>
    </w:p>
    <w:p w14:paraId="1B3527C5" w14:textId="77777777" w:rsidR="00C26346" w:rsidRDefault="000F54FF">
      <w:r>
        <w:br/>
      </w:r>
      <w:r>
        <w:t>Student Name: __________________________________________</w:t>
      </w:r>
    </w:p>
    <w:p w14:paraId="61435ECC" w14:textId="77777777" w:rsidR="00C26346" w:rsidRDefault="000F54FF">
      <w:r>
        <w:t>Student Signature: ____________________________  Date: __________</w:t>
      </w:r>
    </w:p>
    <w:p w14:paraId="709894B8" w14:textId="77777777" w:rsidR="00C26346" w:rsidRDefault="000F54FF">
      <w:r>
        <w:t>Parent/Guardian Signature: _____________________ Date: __________</w:t>
      </w:r>
    </w:p>
    <w:p w14:paraId="288E442A" w14:textId="77777777" w:rsidR="00C26346" w:rsidRDefault="000F54FF">
      <w:r>
        <w:t>Tutor Representative: __________________________ Date: __________</w:t>
      </w:r>
    </w:p>
    <w:sectPr w:rsidR="00C2634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6366199">
    <w:abstractNumId w:val="8"/>
  </w:num>
  <w:num w:numId="2" w16cid:durableId="1767575678">
    <w:abstractNumId w:val="6"/>
  </w:num>
  <w:num w:numId="3" w16cid:durableId="2101177327">
    <w:abstractNumId w:val="5"/>
  </w:num>
  <w:num w:numId="4" w16cid:durableId="999306312">
    <w:abstractNumId w:val="4"/>
  </w:num>
  <w:num w:numId="5" w16cid:durableId="349837653">
    <w:abstractNumId w:val="7"/>
  </w:num>
  <w:num w:numId="6" w16cid:durableId="2048292572">
    <w:abstractNumId w:val="3"/>
  </w:num>
  <w:num w:numId="7" w16cid:durableId="1694727793">
    <w:abstractNumId w:val="2"/>
  </w:num>
  <w:num w:numId="8" w16cid:durableId="1261067467">
    <w:abstractNumId w:val="1"/>
  </w:num>
  <w:num w:numId="9" w16cid:durableId="1715541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E7B2F"/>
    <w:rsid w:val="00326F90"/>
    <w:rsid w:val="00A43A58"/>
    <w:rsid w:val="00AA1D8D"/>
    <w:rsid w:val="00B47730"/>
    <w:rsid w:val="00C26346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0D4275"/>
  <w14:defaultImageDpi w14:val="300"/>
  <w15:docId w15:val="{E678BB72-3418-43E4-B954-4CAEE5181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Saundra Hall</cp:lastModifiedBy>
  <cp:revision>2</cp:revision>
  <dcterms:created xsi:type="dcterms:W3CDTF">2026-07-15T08:28:00Z</dcterms:created>
  <dcterms:modified xsi:type="dcterms:W3CDTF">2026-07-15T08:28:00Z</dcterms:modified>
  <cp:category/>
</cp:coreProperties>
</file>