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9AA7" w14:textId="7FAB5BCE" w:rsidR="00C9554D" w:rsidRDefault="00C9554D" w:rsidP="00C9554D">
      <w:pPr>
        <w:rPr>
          <w:b/>
          <w:color w:val="0F2B5B"/>
          <w:sz w:val="40"/>
        </w:rPr>
      </w:pPr>
      <w:r w:rsidRPr="00C9554D">
        <w:rPr>
          <w:b/>
          <w:noProof/>
          <w:color w:val="0F2B5B"/>
          <w:sz w:val="40"/>
        </w:rPr>
        <w:drawing>
          <wp:inline distT="0" distB="0" distL="0" distR="0" wp14:anchorId="0367B962" wp14:editId="68076B46">
            <wp:extent cx="1228598" cy="1208598"/>
            <wp:effectExtent l="0" t="0" r="0" b="0"/>
            <wp:docPr id="12726294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14" cy="121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A78DF" w14:textId="6A7BD179" w:rsidR="003D588D" w:rsidRDefault="00D0036D">
      <w:pPr>
        <w:jc w:val="center"/>
      </w:pPr>
      <w:r>
        <w:rPr>
          <w:b/>
          <w:color w:val="0F2B5B"/>
          <w:sz w:val="40"/>
        </w:rPr>
        <w:t xml:space="preserve">THE BRIDGE TO MATH AND CHEMISTRY SUCCESS </w:t>
      </w:r>
      <w:r w:rsidR="00FA472D">
        <w:rPr>
          <w:b/>
          <w:color w:val="0F2B5B"/>
          <w:sz w:val="40"/>
        </w:rPr>
        <w:t xml:space="preserve">HALL </w:t>
      </w:r>
      <w:r>
        <w:rPr>
          <w:b/>
          <w:color w:val="0F2B5B"/>
          <w:sz w:val="40"/>
        </w:rPr>
        <w:t>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TECHNOLOGY AGREEMENT</w:t>
      </w:r>
    </w:p>
    <w:p w14:paraId="0BEBD117" w14:textId="77777777" w:rsidR="003D588D" w:rsidRDefault="00D0036D">
      <w:r>
        <w:rPr>
          <w:b/>
          <w:color w:val="B8860B"/>
          <w:sz w:val="28"/>
        </w:rPr>
        <w:t>Purpose</w:t>
      </w:r>
    </w:p>
    <w:p w14:paraId="70C11D2B" w14:textId="77777777" w:rsidR="003D588D" w:rsidRDefault="00D0036D">
      <w:r>
        <w:t>This Technology Agreement establishes expectations for the safe, ethical, and responsible use of technology during tutoring sessions and while accessing tutoring resources.</w:t>
      </w:r>
    </w:p>
    <w:p w14:paraId="3B88F534" w14:textId="77777777" w:rsidR="003D588D" w:rsidRDefault="00D0036D">
      <w:r>
        <w:rPr>
          <w:b/>
          <w:color w:val="B8860B"/>
          <w:sz w:val="28"/>
        </w:rPr>
        <w:t>Acceptable Use</w:t>
      </w:r>
    </w:p>
    <w:p w14:paraId="1033AC07" w14:textId="77777777" w:rsidR="003D588D" w:rsidRDefault="00D0036D">
      <w:pPr>
        <w:pStyle w:val="ListBullet"/>
      </w:pPr>
      <w:r>
        <w:t>Use technology only for educational purposes.</w:t>
      </w:r>
    </w:p>
    <w:p w14:paraId="295B3DBE" w14:textId="77777777" w:rsidR="003D588D" w:rsidRDefault="00D0036D">
      <w:pPr>
        <w:pStyle w:val="ListBullet"/>
      </w:pPr>
      <w:r>
        <w:t>Access only tutor-approved websites, applications, and resources.</w:t>
      </w:r>
    </w:p>
    <w:p w14:paraId="2C5C7A84" w14:textId="77777777" w:rsidR="003D588D" w:rsidRDefault="00D0036D">
      <w:pPr>
        <w:pStyle w:val="ListBullet"/>
      </w:pPr>
      <w:r>
        <w:t>Handle devices and equipment carefully.</w:t>
      </w:r>
    </w:p>
    <w:p w14:paraId="72D4E148" w14:textId="77777777" w:rsidR="003D588D" w:rsidRDefault="00D0036D">
      <w:pPr>
        <w:pStyle w:val="ListBullet"/>
      </w:pPr>
      <w:r>
        <w:t>Keep usernames and passwords confidential.</w:t>
      </w:r>
    </w:p>
    <w:p w14:paraId="6BD3845C" w14:textId="77777777" w:rsidR="003D588D" w:rsidRDefault="00D0036D">
      <w:pPr>
        <w:pStyle w:val="ListBullet"/>
      </w:pPr>
      <w:r>
        <w:t>Report technical problems immediately.</w:t>
      </w:r>
    </w:p>
    <w:p w14:paraId="2C89AB58" w14:textId="77777777" w:rsidR="003D588D" w:rsidRDefault="00D0036D">
      <w:r>
        <w:rPr>
          <w:b/>
          <w:color w:val="B8860B"/>
          <w:sz w:val="28"/>
        </w:rPr>
        <w:t>Prohibited Use</w:t>
      </w:r>
    </w:p>
    <w:p w14:paraId="387F146E" w14:textId="77777777" w:rsidR="003D588D" w:rsidRDefault="00D0036D">
      <w:pPr>
        <w:pStyle w:val="ListBullet"/>
      </w:pPr>
      <w:r>
        <w:t>Accessing inappropriate websites or content.</w:t>
      </w:r>
    </w:p>
    <w:p w14:paraId="7E3F820B" w14:textId="77777777" w:rsidR="003D588D" w:rsidRDefault="00D0036D">
      <w:pPr>
        <w:pStyle w:val="ListBullet"/>
      </w:pPr>
      <w:r>
        <w:t>Cyberbullying, harassment, or disrespectful online behavior.</w:t>
      </w:r>
    </w:p>
    <w:p w14:paraId="656CE824" w14:textId="77777777" w:rsidR="003D588D" w:rsidRDefault="00D0036D">
      <w:pPr>
        <w:pStyle w:val="ListBullet"/>
      </w:pPr>
      <w:r>
        <w:t>Downloading unauthorized software or files.</w:t>
      </w:r>
    </w:p>
    <w:p w14:paraId="1E128891" w14:textId="77777777" w:rsidR="003D588D" w:rsidRDefault="00D0036D">
      <w:pPr>
        <w:pStyle w:val="ListBullet"/>
      </w:pPr>
      <w:r>
        <w:t>Attempting to bypass security settings.</w:t>
      </w:r>
    </w:p>
    <w:p w14:paraId="480DF433" w14:textId="77777777" w:rsidR="003D588D" w:rsidRDefault="00D0036D">
      <w:pPr>
        <w:pStyle w:val="ListBullet"/>
      </w:pPr>
      <w:r>
        <w:t>Recording or sharing tutoring sessions without permission.</w:t>
      </w:r>
    </w:p>
    <w:p w14:paraId="5A5E13FB" w14:textId="77777777" w:rsidR="003D588D" w:rsidRDefault="00D0036D">
      <w:pPr>
        <w:pStyle w:val="ListBullet"/>
      </w:pPr>
      <w:r>
        <w:t>Using artificial intelligence tools dishonestly on assignments.</w:t>
      </w:r>
    </w:p>
    <w:p w14:paraId="66315AA6" w14:textId="77777777" w:rsidR="003D588D" w:rsidRDefault="00D0036D">
      <w:r>
        <w:rPr>
          <w:b/>
          <w:color w:val="B8860B"/>
          <w:sz w:val="28"/>
        </w:rPr>
        <w:t>Online Tutoring Expectations</w:t>
      </w:r>
    </w:p>
    <w:p w14:paraId="0E6F83AD" w14:textId="77777777" w:rsidR="003D588D" w:rsidRDefault="00D0036D">
      <w:pPr>
        <w:pStyle w:val="ListBullet"/>
      </w:pPr>
      <w:r>
        <w:t>Join sessions on time.</w:t>
      </w:r>
    </w:p>
    <w:p w14:paraId="671B3081" w14:textId="77777777" w:rsidR="003D588D" w:rsidRDefault="00D0036D">
      <w:pPr>
        <w:pStyle w:val="ListBullet"/>
      </w:pPr>
      <w:r>
        <w:t>Use respectful language and behavior.</w:t>
      </w:r>
    </w:p>
    <w:p w14:paraId="1920A898" w14:textId="77777777" w:rsidR="003D588D" w:rsidRDefault="00D0036D">
      <w:pPr>
        <w:pStyle w:val="ListBullet"/>
      </w:pPr>
      <w:r>
        <w:t>Keep camera on if requested by the tutor.</w:t>
      </w:r>
    </w:p>
    <w:p w14:paraId="14F09FFF" w14:textId="77777777" w:rsidR="003D588D" w:rsidRDefault="00D0036D">
      <w:pPr>
        <w:pStyle w:val="ListBullet"/>
      </w:pPr>
      <w:r>
        <w:lastRenderedPageBreak/>
        <w:t>Minimize distractions.</w:t>
      </w:r>
    </w:p>
    <w:p w14:paraId="6E36A5C4" w14:textId="77777777" w:rsidR="003D588D" w:rsidRDefault="00D0036D">
      <w:pPr>
        <w:pStyle w:val="ListBullet"/>
      </w:pPr>
      <w:r>
        <w:t>Participate actively.</w:t>
      </w:r>
    </w:p>
    <w:p w14:paraId="41824FE2" w14:textId="77777777" w:rsidR="003D588D" w:rsidRDefault="00D0036D">
      <w:r>
        <w:rPr>
          <w:b/>
          <w:color w:val="B8860B"/>
          <w:sz w:val="28"/>
        </w:rPr>
        <w:t>Privacy and Confidentiality</w:t>
      </w:r>
    </w:p>
    <w:p w14:paraId="3F3F585C" w14:textId="77777777" w:rsidR="003D588D" w:rsidRDefault="00D0036D">
      <w:r>
        <w:t>Student information, instructional materials, and tutoring records are confidential. Families and students should respect the privacy of tutors and other students.</w:t>
      </w:r>
    </w:p>
    <w:p w14:paraId="7C2D914B" w14:textId="77777777" w:rsidR="003D588D" w:rsidRDefault="00D0036D">
      <w:r>
        <w:rPr>
          <w:b/>
          <w:color w:val="B8860B"/>
          <w:sz w:val="28"/>
        </w:rPr>
        <w:t>Consequences</w:t>
      </w:r>
    </w:p>
    <w:p w14:paraId="7B2BDC35" w14:textId="77777777" w:rsidR="003D588D" w:rsidRDefault="00D0036D">
      <w:pPr>
        <w:pStyle w:val="ListBullet"/>
      </w:pPr>
      <w:r>
        <w:t>Verbal reminder</w:t>
      </w:r>
    </w:p>
    <w:p w14:paraId="5CABE818" w14:textId="77777777" w:rsidR="003D588D" w:rsidRDefault="00D0036D">
      <w:pPr>
        <w:pStyle w:val="ListBullet"/>
      </w:pPr>
      <w:r>
        <w:t>Parent/guardian notification</w:t>
      </w:r>
    </w:p>
    <w:p w14:paraId="49F3D0E3" w14:textId="77777777" w:rsidR="003D588D" w:rsidRDefault="00D0036D">
      <w:pPr>
        <w:pStyle w:val="ListBullet"/>
      </w:pPr>
      <w:r>
        <w:t>Temporary restriction of technology privileges</w:t>
      </w:r>
    </w:p>
    <w:p w14:paraId="29A16B15" w14:textId="77777777" w:rsidR="003D588D" w:rsidRDefault="00D0036D">
      <w:pPr>
        <w:pStyle w:val="ListBullet"/>
      </w:pPr>
      <w:r>
        <w:t>Suspension or termination of tutoring services for repeated or serious violations</w:t>
      </w:r>
    </w:p>
    <w:p w14:paraId="3095DD92" w14:textId="77777777" w:rsidR="003D588D" w:rsidRDefault="00D0036D">
      <w:r>
        <w:rPr>
          <w:b/>
          <w:color w:val="B8860B"/>
          <w:sz w:val="28"/>
        </w:rPr>
        <w:t>Agreement</w:t>
      </w:r>
    </w:p>
    <w:p w14:paraId="0061F4D2" w14:textId="77777777" w:rsidR="003D588D" w:rsidRDefault="00D0036D">
      <w:r>
        <w:t>By signing below, we acknowledge that we have read, understand, and agree to follow this Technology Agreement.</w:t>
      </w:r>
    </w:p>
    <w:p w14:paraId="48F9DA68" w14:textId="77777777" w:rsidR="003D588D" w:rsidRDefault="00D0036D">
      <w:r>
        <w:br/>
        <w:t>Student Name: ________________________________</w:t>
      </w:r>
    </w:p>
    <w:p w14:paraId="343C9183" w14:textId="77777777" w:rsidR="003D588D" w:rsidRDefault="00D0036D">
      <w:r>
        <w:t>Student Signature: ___________________________   Date: __________</w:t>
      </w:r>
    </w:p>
    <w:p w14:paraId="12A72CA1" w14:textId="77777777" w:rsidR="003D588D" w:rsidRDefault="00D0036D">
      <w:r>
        <w:t>Parent/Guardian Signature: ___________________   Date: __________</w:t>
      </w:r>
    </w:p>
    <w:p w14:paraId="3267CE64" w14:textId="77777777" w:rsidR="003D588D" w:rsidRDefault="00D0036D">
      <w:r>
        <w:t>Tutor Representative: ________________________   Date: __________</w:t>
      </w:r>
    </w:p>
    <w:sectPr w:rsidR="003D58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5017256">
    <w:abstractNumId w:val="8"/>
  </w:num>
  <w:num w:numId="2" w16cid:durableId="1632052768">
    <w:abstractNumId w:val="6"/>
  </w:num>
  <w:num w:numId="3" w16cid:durableId="406154588">
    <w:abstractNumId w:val="5"/>
  </w:num>
  <w:num w:numId="4" w16cid:durableId="428476546">
    <w:abstractNumId w:val="4"/>
  </w:num>
  <w:num w:numId="5" w16cid:durableId="526455762">
    <w:abstractNumId w:val="7"/>
  </w:num>
  <w:num w:numId="6" w16cid:durableId="552350527">
    <w:abstractNumId w:val="3"/>
  </w:num>
  <w:num w:numId="7" w16cid:durableId="1164979164">
    <w:abstractNumId w:val="2"/>
  </w:num>
  <w:num w:numId="8" w16cid:durableId="970480034">
    <w:abstractNumId w:val="1"/>
  </w:num>
  <w:num w:numId="9" w16cid:durableId="194137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3D588D"/>
    <w:rsid w:val="00A41F2B"/>
    <w:rsid w:val="00AA1D8D"/>
    <w:rsid w:val="00B47730"/>
    <w:rsid w:val="00C9554D"/>
    <w:rsid w:val="00CB0664"/>
    <w:rsid w:val="00FA47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EFCDAE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2026-07-15T06:57:00Z</dcterms:created>
  <dcterms:modified xsi:type="dcterms:W3CDTF">2026-07-15T06:57:00Z</dcterms:modified>
  <cp:category/>
</cp:coreProperties>
</file>