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D11D" w14:textId="125CF347" w:rsidR="002032A6" w:rsidRPr="002032A6" w:rsidRDefault="002032A6" w:rsidP="002032A6">
      <w:pPr>
        <w:rPr>
          <w:b/>
          <w:color w:val="0F2B5B"/>
          <w:sz w:val="40"/>
        </w:rPr>
      </w:pPr>
      <w:r w:rsidRPr="002032A6">
        <w:rPr>
          <w:b/>
          <w:color w:val="0F2B5B"/>
          <w:sz w:val="40"/>
        </w:rPr>
        <w:drawing>
          <wp:inline distT="0" distB="0" distL="0" distR="0" wp14:anchorId="403B4069" wp14:editId="21939856">
            <wp:extent cx="1184744" cy="1165457"/>
            <wp:effectExtent l="0" t="0" r="0" b="0"/>
            <wp:docPr id="8068856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49" cy="117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EC271" w14:textId="5F11D797" w:rsidR="001D43F7" w:rsidRDefault="00735741" w:rsidP="002032A6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MEDICAL / ALLERGY INFORMATION FORM</w:t>
      </w:r>
    </w:p>
    <w:p w14:paraId="779635A0" w14:textId="77777777" w:rsidR="001D43F7" w:rsidRDefault="00735741">
      <w:r>
        <w:rPr>
          <w:b/>
          <w:color w:val="B8860B"/>
          <w:sz w:val="28"/>
        </w:rPr>
        <w:t>Student Information</w:t>
      </w:r>
    </w:p>
    <w:p w14:paraId="58942D64" w14:textId="77777777" w:rsidR="001D43F7" w:rsidRDefault="00735741">
      <w:r>
        <w:t>Student Name: ______________________________________________</w:t>
      </w:r>
    </w:p>
    <w:p w14:paraId="479E2F51" w14:textId="77777777" w:rsidR="001D43F7" w:rsidRDefault="00735741">
      <w:r>
        <w:t>Date of Birth: ______________________________________________</w:t>
      </w:r>
    </w:p>
    <w:p w14:paraId="1A8A1609" w14:textId="77777777" w:rsidR="001D43F7" w:rsidRDefault="00735741">
      <w:r>
        <w:t>Grade: ______________________________________________</w:t>
      </w:r>
    </w:p>
    <w:p w14:paraId="3E7C286B" w14:textId="77777777" w:rsidR="001D43F7" w:rsidRDefault="00735741">
      <w:r>
        <w:t>School: ______________________________________________</w:t>
      </w:r>
    </w:p>
    <w:p w14:paraId="3C275FD9" w14:textId="77777777" w:rsidR="001D43F7" w:rsidRDefault="00735741">
      <w:r>
        <w:t>Parent/Guardian Name: ______________________________________________</w:t>
      </w:r>
    </w:p>
    <w:p w14:paraId="4D94CC8A" w14:textId="77777777" w:rsidR="001D43F7" w:rsidRDefault="00735741">
      <w:r>
        <w:t>Primary Phone: ______________________________________________</w:t>
      </w:r>
    </w:p>
    <w:p w14:paraId="6077B9A0" w14:textId="77777777" w:rsidR="001D43F7" w:rsidRDefault="00735741">
      <w:r>
        <w:t>Secondary Phone: ______________________________________________</w:t>
      </w:r>
    </w:p>
    <w:p w14:paraId="6C1913C0" w14:textId="77777777" w:rsidR="001D43F7" w:rsidRDefault="00735741">
      <w:r>
        <w:rPr>
          <w:b/>
          <w:color w:val="B8860B"/>
          <w:sz w:val="28"/>
        </w:rPr>
        <w:t>Emergency Medical Information</w:t>
      </w:r>
    </w:p>
    <w:p w14:paraId="1917AAC8" w14:textId="77777777" w:rsidR="001D43F7" w:rsidRDefault="00735741">
      <w:r>
        <w:t>Primary Care Physician: ______________________________________________</w:t>
      </w:r>
    </w:p>
    <w:p w14:paraId="3BFF8237" w14:textId="77777777" w:rsidR="001D43F7" w:rsidRDefault="00735741">
      <w:r>
        <w:t>Physician Phone: ______________________________________________</w:t>
      </w:r>
    </w:p>
    <w:p w14:paraId="54333D5D" w14:textId="77777777" w:rsidR="001D43F7" w:rsidRDefault="00735741">
      <w:r>
        <w:t>Preferred Hospital: ______________________________________________</w:t>
      </w:r>
    </w:p>
    <w:p w14:paraId="4CC5FA44" w14:textId="77777777" w:rsidR="001D43F7" w:rsidRDefault="00735741">
      <w:r>
        <w:t>Health Insurance Provider (Optional): ______________________________________________</w:t>
      </w:r>
    </w:p>
    <w:p w14:paraId="621EE89B" w14:textId="77777777" w:rsidR="001D43F7" w:rsidRDefault="00735741">
      <w:r>
        <w:t>Policy Number (Optional): ______________________________________________</w:t>
      </w:r>
    </w:p>
    <w:p w14:paraId="56CE5D58" w14:textId="77777777" w:rsidR="001D43F7" w:rsidRDefault="00735741">
      <w:r>
        <w:rPr>
          <w:b/>
          <w:color w:val="B8860B"/>
          <w:sz w:val="28"/>
        </w:rPr>
        <w:t>Medical Conditions</w:t>
      </w:r>
    </w:p>
    <w:p w14:paraId="45DFED68" w14:textId="77777777" w:rsidR="001D43F7" w:rsidRDefault="00735741">
      <w:r>
        <w:t>Please check all that apply:</w:t>
      </w:r>
    </w:p>
    <w:p w14:paraId="3AA392F6" w14:textId="77777777" w:rsidR="001D43F7" w:rsidRDefault="00735741">
      <w:r>
        <w:lastRenderedPageBreak/>
        <w:t>☐</w:t>
      </w:r>
      <w:r>
        <w:t xml:space="preserve"> Asthma</w:t>
      </w:r>
    </w:p>
    <w:p w14:paraId="3049BB96" w14:textId="77777777" w:rsidR="001D43F7" w:rsidRDefault="00735741">
      <w:r>
        <w:t>☐</w:t>
      </w:r>
      <w:r>
        <w:t xml:space="preserve"> Diabetes</w:t>
      </w:r>
    </w:p>
    <w:p w14:paraId="17AE49A1" w14:textId="77777777" w:rsidR="001D43F7" w:rsidRDefault="00735741">
      <w:r>
        <w:t>☐</w:t>
      </w:r>
      <w:r>
        <w:t xml:space="preserve"> Epilepsy/Seizure Disorder</w:t>
      </w:r>
    </w:p>
    <w:p w14:paraId="144B5AB1" w14:textId="77777777" w:rsidR="001D43F7" w:rsidRDefault="00735741">
      <w:r>
        <w:t>☐</w:t>
      </w:r>
      <w:r>
        <w:t xml:space="preserve"> Heart Condition</w:t>
      </w:r>
    </w:p>
    <w:p w14:paraId="29E2EA6E" w14:textId="77777777" w:rsidR="001D43F7" w:rsidRDefault="00735741">
      <w:r>
        <w:t>☐</w:t>
      </w:r>
      <w:r>
        <w:t xml:space="preserve"> ADHD</w:t>
      </w:r>
    </w:p>
    <w:p w14:paraId="0148454C" w14:textId="77777777" w:rsidR="001D43F7" w:rsidRDefault="00735741">
      <w:r>
        <w:t>☐</w:t>
      </w:r>
      <w:r>
        <w:t xml:space="preserve"> Autism Spectrum Disorder</w:t>
      </w:r>
    </w:p>
    <w:p w14:paraId="4C972516" w14:textId="77777777" w:rsidR="001D43F7" w:rsidRDefault="00735741">
      <w:r>
        <w:t>☐</w:t>
      </w:r>
      <w:r>
        <w:t xml:space="preserve"> Anxiety</w:t>
      </w:r>
    </w:p>
    <w:p w14:paraId="5D76AAD6" w14:textId="77777777" w:rsidR="001D43F7" w:rsidRDefault="00735741">
      <w:r>
        <w:t>☐</w:t>
      </w:r>
      <w:r>
        <w:t xml:space="preserve"> Other: ____________________</w:t>
      </w:r>
    </w:p>
    <w:p w14:paraId="2C84C3FC" w14:textId="77777777" w:rsidR="001D43F7" w:rsidRDefault="00735741">
      <w:r>
        <w:t>☐</w:t>
      </w:r>
      <w:r>
        <w:t xml:space="preserve"> None</w:t>
      </w:r>
    </w:p>
    <w:p w14:paraId="7C5F7821" w14:textId="77777777" w:rsidR="001D43F7" w:rsidRDefault="00735741">
      <w:r>
        <w:rPr>
          <w:b/>
          <w:color w:val="B8860B"/>
          <w:sz w:val="28"/>
        </w:rPr>
        <w:t>Allergy Information</w:t>
      </w:r>
    </w:p>
    <w:p w14:paraId="7590852B" w14:textId="77777777" w:rsidR="001D43F7" w:rsidRDefault="00735741">
      <w:r>
        <w:t>Please list any known allergies and the typical reaction.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876"/>
        <w:gridCol w:w="2879"/>
      </w:tblGrid>
      <w:tr w:rsidR="001D43F7" w14:paraId="6BBCE3DE" w14:textId="77777777">
        <w:tc>
          <w:tcPr>
            <w:tcW w:w="2880" w:type="dxa"/>
          </w:tcPr>
          <w:p w14:paraId="4451B423" w14:textId="77777777" w:rsidR="001D43F7" w:rsidRDefault="00735741">
            <w:r>
              <w:t>Allergen</w:t>
            </w:r>
          </w:p>
        </w:tc>
        <w:tc>
          <w:tcPr>
            <w:tcW w:w="2880" w:type="dxa"/>
          </w:tcPr>
          <w:p w14:paraId="0D7883C0" w14:textId="77777777" w:rsidR="001D43F7" w:rsidRDefault="00735741">
            <w:r>
              <w:t>Reaction</w:t>
            </w:r>
          </w:p>
        </w:tc>
        <w:tc>
          <w:tcPr>
            <w:tcW w:w="2880" w:type="dxa"/>
          </w:tcPr>
          <w:p w14:paraId="636318D7" w14:textId="77777777" w:rsidR="001D43F7" w:rsidRDefault="00735741">
            <w:r>
              <w:t>Treatment/Instructions</w:t>
            </w:r>
          </w:p>
        </w:tc>
      </w:tr>
      <w:tr w:rsidR="001D43F7" w14:paraId="6758A0F0" w14:textId="77777777">
        <w:tc>
          <w:tcPr>
            <w:tcW w:w="2880" w:type="dxa"/>
          </w:tcPr>
          <w:p w14:paraId="487EADD7" w14:textId="77777777" w:rsidR="001D43F7" w:rsidRDefault="001D43F7"/>
        </w:tc>
        <w:tc>
          <w:tcPr>
            <w:tcW w:w="2880" w:type="dxa"/>
          </w:tcPr>
          <w:p w14:paraId="3EDFE40D" w14:textId="77777777" w:rsidR="001D43F7" w:rsidRDefault="001D43F7"/>
        </w:tc>
        <w:tc>
          <w:tcPr>
            <w:tcW w:w="2880" w:type="dxa"/>
          </w:tcPr>
          <w:p w14:paraId="2E3CA37C" w14:textId="77777777" w:rsidR="001D43F7" w:rsidRDefault="001D43F7"/>
        </w:tc>
      </w:tr>
      <w:tr w:rsidR="001D43F7" w14:paraId="6ADA8BAB" w14:textId="77777777">
        <w:tc>
          <w:tcPr>
            <w:tcW w:w="2880" w:type="dxa"/>
          </w:tcPr>
          <w:p w14:paraId="4E230FAC" w14:textId="77777777" w:rsidR="001D43F7" w:rsidRDefault="001D43F7"/>
        </w:tc>
        <w:tc>
          <w:tcPr>
            <w:tcW w:w="2880" w:type="dxa"/>
          </w:tcPr>
          <w:p w14:paraId="321D1652" w14:textId="77777777" w:rsidR="001D43F7" w:rsidRDefault="001D43F7"/>
        </w:tc>
        <w:tc>
          <w:tcPr>
            <w:tcW w:w="2880" w:type="dxa"/>
          </w:tcPr>
          <w:p w14:paraId="20EE23A7" w14:textId="77777777" w:rsidR="001D43F7" w:rsidRDefault="001D43F7"/>
        </w:tc>
      </w:tr>
      <w:tr w:rsidR="001D43F7" w14:paraId="19BA6188" w14:textId="77777777">
        <w:tc>
          <w:tcPr>
            <w:tcW w:w="2880" w:type="dxa"/>
          </w:tcPr>
          <w:p w14:paraId="5D2CFC55" w14:textId="77777777" w:rsidR="001D43F7" w:rsidRDefault="001D43F7"/>
        </w:tc>
        <w:tc>
          <w:tcPr>
            <w:tcW w:w="2880" w:type="dxa"/>
          </w:tcPr>
          <w:p w14:paraId="21D92139" w14:textId="77777777" w:rsidR="001D43F7" w:rsidRDefault="001D43F7"/>
        </w:tc>
        <w:tc>
          <w:tcPr>
            <w:tcW w:w="2880" w:type="dxa"/>
          </w:tcPr>
          <w:p w14:paraId="21DC411B" w14:textId="77777777" w:rsidR="001D43F7" w:rsidRDefault="001D43F7"/>
        </w:tc>
      </w:tr>
      <w:tr w:rsidR="001D43F7" w14:paraId="7235E91F" w14:textId="77777777">
        <w:tc>
          <w:tcPr>
            <w:tcW w:w="2880" w:type="dxa"/>
          </w:tcPr>
          <w:p w14:paraId="1E3C6524" w14:textId="77777777" w:rsidR="001D43F7" w:rsidRDefault="001D43F7"/>
        </w:tc>
        <w:tc>
          <w:tcPr>
            <w:tcW w:w="2880" w:type="dxa"/>
          </w:tcPr>
          <w:p w14:paraId="0E00DB8A" w14:textId="77777777" w:rsidR="001D43F7" w:rsidRDefault="001D43F7"/>
        </w:tc>
        <w:tc>
          <w:tcPr>
            <w:tcW w:w="2880" w:type="dxa"/>
          </w:tcPr>
          <w:p w14:paraId="51F2FF38" w14:textId="77777777" w:rsidR="001D43F7" w:rsidRDefault="001D43F7"/>
        </w:tc>
      </w:tr>
    </w:tbl>
    <w:p w14:paraId="193D4C0A" w14:textId="77777777" w:rsidR="001D43F7" w:rsidRDefault="00735741">
      <w:r>
        <w:rPr>
          <w:b/>
          <w:color w:val="B8860B"/>
          <w:sz w:val="28"/>
        </w:rPr>
        <w:t>Medications</w:t>
      </w:r>
    </w:p>
    <w:p w14:paraId="5F9AE62F" w14:textId="77777777" w:rsidR="001D43F7" w:rsidRDefault="00735741">
      <w:r>
        <w:t>List any medications the student may take before or during tutoring sessions.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1D43F7" w14:paraId="0BD6C11D" w14:textId="77777777">
        <w:tc>
          <w:tcPr>
            <w:tcW w:w="2160" w:type="dxa"/>
          </w:tcPr>
          <w:p w14:paraId="547D8F03" w14:textId="77777777" w:rsidR="001D43F7" w:rsidRDefault="00735741">
            <w:r>
              <w:t>Medication</w:t>
            </w:r>
          </w:p>
        </w:tc>
        <w:tc>
          <w:tcPr>
            <w:tcW w:w="2160" w:type="dxa"/>
          </w:tcPr>
          <w:p w14:paraId="6FE43C2E" w14:textId="77777777" w:rsidR="001D43F7" w:rsidRDefault="00735741">
            <w:r>
              <w:t>Purpose</w:t>
            </w:r>
          </w:p>
        </w:tc>
        <w:tc>
          <w:tcPr>
            <w:tcW w:w="2160" w:type="dxa"/>
          </w:tcPr>
          <w:p w14:paraId="21E5A59A" w14:textId="77777777" w:rsidR="001D43F7" w:rsidRDefault="00735741">
            <w:r>
              <w:t>Dosage</w:t>
            </w:r>
          </w:p>
        </w:tc>
        <w:tc>
          <w:tcPr>
            <w:tcW w:w="2160" w:type="dxa"/>
          </w:tcPr>
          <w:p w14:paraId="020EC636" w14:textId="77777777" w:rsidR="001D43F7" w:rsidRDefault="00735741">
            <w:r>
              <w:t>Special Instructions</w:t>
            </w:r>
          </w:p>
        </w:tc>
      </w:tr>
      <w:tr w:rsidR="001D43F7" w14:paraId="26E123BB" w14:textId="77777777">
        <w:tc>
          <w:tcPr>
            <w:tcW w:w="2160" w:type="dxa"/>
          </w:tcPr>
          <w:p w14:paraId="48BB318E" w14:textId="77777777" w:rsidR="001D43F7" w:rsidRDefault="001D43F7"/>
        </w:tc>
        <w:tc>
          <w:tcPr>
            <w:tcW w:w="2160" w:type="dxa"/>
          </w:tcPr>
          <w:p w14:paraId="5068F203" w14:textId="77777777" w:rsidR="001D43F7" w:rsidRDefault="001D43F7"/>
        </w:tc>
        <w:tc>
          <w:tcPr>
            <w:tcW w:w="2160" w:type="dxa"/>
          </w:tcPr>
          <w:p w14:paraId="65193B0C" w14:textId="77777777" w:rsidR="001D43F7" w:rsidRDefault="001D43F7"/>
        </w:tc>
        <w:tc>
          <w:tcPr>
            <w:tcW w:w="2160" w:type="dxa"/>
          </w:tcPr>
          <w:p w14:paraId="13FB3306" w14:textId="77777777" w:rsidR="001D43F7" w:rsidRDefault="001D43F7"/>
        </w:tc>
      </w:tr>
      <w:tr w:rsidR="001D43F7" w14:paraId="225347B4" w14:textId="77777777">
        <w:tc>
          <w:tcPr>
            <w:tcW w:w="2160" w:type="dxa"/>
          </w:tcPr>
          <w:p w14:paraId="26247967" w14:textId="77777777" w:rsidR="001D43F7" w:rsidRDefault="001D43F7"/>
        </w:tc>
        <w:tc>
          <w:tcPr>
            <w:tcW w:w="2160" w:type="dxa"/>
          </w:tcPr>
          <w:p w14:paraId="60522E4C" w14:textId="77777777" w:rsidR="001D43F7" w:rsidRDefault="001D43F7"/>
        </w:tc>
        <w:tc>
          <w:tcPr>
            <w:tcW w:w="2160" w:type="dxa"/>
          </w:tcPr>
          <w:p w14:paraId="4BC6F732" w14:textId="77777777" w:rsidR="001D43F7" w:rsidRDefault="001D43F7"/>
        </w:tc>
        <w:tc>
          <w:tcPr>
            <w:tcW w:w="2160" w:type="dxa"/>
          </w:tcPr>
          <w:p w14:paraId="2B060DFC" w14:textId="77777777" w:rsidR="001D43F7" w:rsidRDefault="001D43F7"/>
        </w:tc>
      </w:tr>
      <w:tr w:rsidR="001D43F7" w14:paraId="3238D2E3" w14:textId="77777777">
        <w:tc>
          <w:tcPr>
            <w:tcW w:w="2160" w:type="dxa"/>
          </w:tcPr>
          <w:p w14:paraId="6FF27EFB" w14:textId="77777777" w:rsidR="001D43F7" w:rsidRDefault="001D43F7"/>
        </w:tc>
        <w:tc>
          <w:tcPr>
            <w:tcW w:w="2160" w:type="dxa"/>
          </w:tcPr>
          <w:p w14:paraId="44FE6509" w14:textId="77777777" w:rsidR="001D43F7" w:rsidRDefault="001D43F7"/>
        </w:tc>
        <w:tc>
          <w:tcPr>
            <w:tcW w:w="2160" w:type="dxa"/>
          </w:tcPr>
          <w:p w14:paraId="6E76DBDD" w14:textId="77777777" w:rsidR="001D43F7" w:rsidRDefault="001D43F7"/>
        </w:tc>
        <w:tc>
          <w:tcPr>
            <w:tcW w:w="2160" w:type="dxa"/>
          </w:tcPr>
          <w:p w14:paraId="60DDA611" w14:textId="77777777" w:rsidR="001D43F7" w:rsidRDefault="001D43F7"/>
        </w:tc>
      </w:tr>
    </w:tbl>
    <w:p w14:paraId="48FF19D8" w14:textId="77777777" w:rsidR="001D43F7" w:rsidRDefault="00735741">
      <w:r>
        <w:rPr>
          <w:b/>
          <w:color w:val="B8860B"/>
          <w:sz w:val="28"/>
        </w:rPr>
        <w:t>Special Accommodations</w:t>
      </w:r>
    </w:p>
    <w:p w14:paraId="7D8F42F7" w14:textId="77777777" w:rsidR="001D43F7" w:rsidRDefault="00735741">
      <w:r>
        <w:t>Does the student require any accommodations, restrictions, or supports during tutoring sessions?</w:t>
      </w:r>
    </w:p>
    <w:p w14:paraId="7C08F337" w14:textId="77777777" w:rsidR="001D43F7" w:rsidRDefault="00735741">
      <w:r>
        <w:t>________________________________________________________________________</w:t>
      </w:r>
    </w:p>
    <w:p w14:paraId="7E677DFC" w14:textId="77777777" w:rsidR="001D43F7" w:rsidRDefault="00735741">
      <w:r>
        <w:t>________________________________________________________________________</w:t>
      </w:r>
    </w:p>
    <w:p w14:paraId="63593A3C" w14:textId="77777777" w:rsidR="001D43F7" w:rsidRDefault="00735741">
      <w:r>
        <w:rPr>
          <w:b/>
          <w:color w:val="B8860B"/>
          <w:sz w:val="28"/>
        </w:rPr>
        <w:t>Emergency Authorization</w:t>
      </w:r>
    </w:p>
    <w:p w14:paraId="711BFC37" w14:textId="77777777" w:rsidR="001D43F7" w:rsidRDefault="00735741">
      <w:r>
        <w:lastRenderedPageBreak/>
        <w:t>I certify that the information provided is accurate to the best of my knowledge. I authorize The Bridge to Math and Chemistry Success Hall Tutoring Services to contact the listed emergency contacts and obtain emergency medical assistance if immediate care is reasonably necessary and I cannot be reached.</w:t>
      </w:r>
    </w:p>
    <w:p w14:paraId="59A7C3D0" w14:textId="77777777" w:rsidR="001D43F7" w:rsidRDefault="00735741">
      <w:r>
        <w:rPr>
          <w:b/>
          <w:color w:val="B8860B"/>
          <w:sz w:val="28"/>
        </w:rPr>
        <w:t>Acknowledgment and Signatures</w:t>
      </w:r>
    </w:p>
    <w:p w14:paraId="140FE9E4" w14:textId="77777777" w:rsidR="001D43F7" w:rsidRDefault="00735741">
      <w:r>
        <w:t>Parent/Guardian Signature: __________________________ Date: __________</w:t>
      </w:r>
    </w:p>
    <w:p w14:paraId="418C95D0" w14:textId="77777777" w:rsidR="001D43F7" w:rsidRDefault="00735741">
      <w:r>
        <w:t>Student Signature (if applicable): __________________ Date: __________</w:t>
      </w:r>
    </w:p>
    <w:p w14:paraId="495C1910" w14:textId="77777777" w:rsidR="001D43F7" w:rsidRDefault="00735741">
      <w:r>
        <w:t>Tutor Representative: ______________________________ Date: __________</w:t>
      </w:r>
    </w:p>
    <w:sectPr w:rsidR="001D43F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9242172">
    <w:abstractNumId w:val="8"/>
  </w:num>
  <w:num w:numId="2" w16cid:durableId="1359043151">
    <w:abstractNumId w:val="6"/>
  </w:num>
  <w:num w:numId="3" w16cid:durableId="2119719571">
    <w:abstractNumId w:val="5"/>
  </w:num>
  <w:num w:numId="4" w16cid:durableId="1676416054">
    <w:abstractNumId w:val="4"/>
  </w:num>
  <w:num w:numId="5" w16cid:durableId="81950904">
    <w:abstractNumId w:val="7"/>
  </w:num>
  <w:num w:numId="6" w16cid:durableId="2037995202">
    <w:abstractNumId w:val="3"/>
  </w:num>
  <w:num w:numId="7" w16cid:durableId="1890533951">
    <w:abstractNumId w:val="2"/>
  </w:num>
  <w:num w:numId="8" w16cid:durableId="1174733342">
    <w:abstractNumId w:val="1"/>
  </w:num>
  <w:num w:numId="9" w16cid:durableId="7092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43F7"/>
    <w:rsid w:val="002032A6"/>
    <w:rsid w:val="0029639D"/>
    <w:rsid w:val="002E7B2F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03A0E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2026-07-15T07:21:00Z</dcterms:created>
  <dcterms:modified xsi:type="dcterms:W3CDTF">2026-07-15T07:21:00Z</dcterms:modified>
  <cp:category/>
</cp:coreProperties>
</file>