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4ACF0" w14:textId="26C2FB00" w:rsidR="00445A3B" w:rsidRPr="00445A3B" w:rsidRDefault="00445A3B" w:rsidP="00445A3B">
      <w:pPr>
        <w:rPr>
          <w:b/>
          <w:color w:val="0F2B5B"/>
          <w:sz w:val="40"/>
        </w:rPr>
      </w:pPr>
      <w:r w:rsidRPr="00445A3B">
        <w:rPr>
          <w:b/>
          <w:noProof/>
          <w:color w:val="0F2B5B"/>
          <w:sz w:val="40"/>
        </w:rPr>
        <w:drawing>
          <wp:inline distT="0" distB="0" distL="0" distR="0" wp14:anchorId="212408B1" wp14:editId="7E6E3208">
            <wp:extent cx="1431235" cy="1407936"/>
            <wp:effectExtent l="0" t="0" r="0" b="1905"/>
            <wp:docPr id="14441251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1513" cy="1427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0F2B5B"/>
          <w:sz w:val="40"/>
        </w:rPr>
        <w:t xml:space="preserve">    </w:t>
      </w:r>
    </w:p>
    <w:p w14:paraId="5E9954B2" w14:textId="725B0C12" w:rsidR="00EA2947" w:rsidRDefault="0089343B">
      <w:pPr>
        <w:jc w:val="center"/>
      </w:pPr>
      <w:r>
        <w:rPr>
          <w:b/>
          <w:color w:val="0F2B5B"/>
          <w:sz w:val="40"/>
        </w:rPr>
        <w:t xml:space="preserve">THE BRIDGE TO MATH AND CHEMISTRY SUCCESS </w:t>
      </w:r>
      <w:r w:rsidR="00A91217">
        <w:rPr>
          <w:b/>
          <w:color w:val="0F2B5B"/>
          <w:sz w:val="40"/>
        </w:rPr>
        <w:t xml:space="preserve">HALL </w:t>
      </w:r>
      <w:r>
        <w:rPr>
          <w:b/>
          <w:color w:val="0F2B5B"/>
          <w:sz w:val="40"/>
        </w:rPr>
        <w:t>TUTORING SERVICES</w:t>
      </w:r>
      <w:r>
        <w:rPr>
          <w:b/>
          <w:color w:val="0F2B5B"/>
          <w:sz w:val="40"/>
        </w:rPr>
        <w:br/>
      </w:r>
      <w:r>
        <w:rPr>
          <w:b/>
          <w:color w:val="0F2B5B"/>
          <w:sz w:val="40"/>
        </w:rPr>
        <w:br/>
        <w:t>CODE OF CONDUCT</w:t>
      </w:r>
    </w:p>
    <w:p w14:paraId="3B5308DB" w14:textId="77777777" w:rsidR="00EA2947" w:rsidRDefault="0089343B">
      <w:r>
        <w:rPr>
          <w:b/>
          <w:color w:val="B8860B"/>
          <w:sz w:val="28"/>
        </w:rPr>
        <w:t>Mission</w:t>
      </w:r>
    </w:p>
    <w:p w14:paraId="7B878B61" w14:textId="77777777" w:rsidR="00EA2947" w:rsidRDefault="0089343B">
      <w:r>
        <w:t>We are committed to providing a safe, respectful, encouraging, and academically rigorous environment where students develop confidence and excellence in mathematics and chemistry.</w:t>
      </w:r>
    </w:p>
    <w:p w14:paraId="19FAEF91" w14:textId="77777777" w:rsidR="00EA2947" w:rsidRDefault="0089343B">
      <w:r>
        <w:rPr>
          <w:b/>
          <w:color w:val="B8860B"/>
          <w:sz w:val="28"/>
        </w:rPr>
        <w:t>Student Expectations</w:t>
      </w:r>
    </w:p>
    <w:p w14:paraId="4AC553BC" w14:textId="77777777" w:rsidR="00EA2947" w:rsidRDefault="0089343B">
      <w:pPr>
        <w:pStyle w:val="ListBullet"/>
      </w:pPr>
      <w:r>
        <w:t>Arrive on time and prepared.</w:t>
      </w:r>
    </w:p>
    <w:p w14:paraId="0F2A26C5" w14:textId="77777777" w:rsidR="00EA2947" w:rsidRDefault="0089343B">
      <w:pPr>
        <w:pStyle w:val="ListBullet"/>
      </w:pPr>
      <w:r>
        <w:t>Respect tutors, staff, and peers.</w:t>
      </w:r>
    </w:p>
    <w:p w14:paraId="5F1E1461" w14:textId="77777777" w:rsidR="00EA2947" w:rsidRDefault="0089343B">
      <w:pPr>
        <w:pStyle w:val="ListBullet"/>
      </w:pPr>
      <w:r>
        <w:t>Participate actively.</w:t>
      </w:r>
    </w:p>
    <w:p w14:paraId="2000ABA6" w14:textId="77777777" w:rsidR="00EA2947" w:rsidRDefault="0089343B">
      <w:pPr>
        <w:pStyle w:val="ListBullet"/>
      </w:pPr>
      <w:r>
        <w:t>Complete assigned practice honestly.</w:t>
      </w:r>
    </w:p>
    <w:p w14:paraId="54C5D40C" w14:textId="77777777" w:rsidR="00EA2947" w:rsidRDefault="0089343B">
      <w:pPr>
        <w:pStyle w:val="ListBullet"/>
      </w:pPr>
      <w:r>
        <w:t>Use appropriate language.</w:t>
      </w:r>
    </w:p>
    <w:p w14:paraId="4464BAE8" w14:textId="77777777" w:rsidR="00EA2947" w:rsidRDefault="0089343B">
      <w:pPr>
        <w:pStyle w:val="ListBullet"/>
      </w:pPr>
      <w:r>
        <w:t>Care for facilities and materials.</w:t>
      </w:r>
    </w:p>
    <w:p w14:paraId="67633B5C" w14:textId="77777777" w:rsidR="00EA2947" w:rsidRDefault="0089343B">
      <w:pPr>
        <w:pStyle w:val="ListBullet"/>
      </w:pPr>
      <w:r>
        <w:t>Use electronic devices only when permitted.</w:t>
      </w:r>
    </w:p>
    <w:p w14:paraId="64E91388" w14:textId="77777777" w:rsidR="00EA2947" w:rsidRDefault="0089343B">
      <w:pPr>
        <w:pStyle w:val="ListBullet"/>
      </w:pPr>
      <w:r>
        <w:t>Follow tutor directions.</w:t>
      </w:r>
    </w:p>
    <w:p w14:paraId="5C9F43D0" w14:textId="77777777" w:rsidR="00EA2947" w:rsidRDefault="0089343B">
      <w:pPr>
        <w:pStyle w:val="ListBullet"/>
      </w:pPr>
      <w:r>
        <w:t>Maintain academic integrity.</w:t>
      </w:r>
    </w:p>
    <w:p w14:paraId="64F9629E" w14:textId="77777777" w:rsidR="00EA2947" w:rsidRDefault="0089343B">
      <w:r>
        <w:rPr>
          <w:b/>
          <w:color w:val="B8860B"/>
          <w:sz w:val="28"/>
        </w:rPr>
        <w:t>Parent/Guardian Responsibilities</w:t>
      </w:r>
    </w:p>
    <w:p w14:paraId="4E49425B" w14:textId="77777777" w:rsidR="00EA2947" w:rsidRDefault="0089343B">
      <w:pPr>
        <w:pStyle w:val="ListBullet"/>
      </w:pPr>
      <w:r>
        <w:t>Ensure prompt arrival and pickup.</w:t>
      </w:r>
    </w:p>
    <w:p w14:paraId="6B8379AB" w14:textId="77777777" w:rsidR="00EA2947" w:rsidRDefault="0089343B">
      <w:pPr>
        <w:pStyle w:val="ListBullet"/>
      </w:pPr>
      <w:r>
        <w:t>Communicate schedule changes promptly.</w:t>
      </w:r>
    </w:p>
    <w:p w14:paraId="2DDF8271" w14:textId="77777777" w:rsidR="00EA2947" w:rsidRDefault="0089343B">
      <w:pPr>
        <w:pStyle w:val="ListBullet"/>
      </w:pPr>
      <w:r>
        <w:t>Support regular attendance and home practice.</w:t>
      </w:r>
    </w:p>
    <w:p w14:paraId="729C037D" w14:textId="77777777" w:rsidR="00EA2947" w:rsidRDefault="0089343B">
      <w:pPr>
        <w:pStyle w:val="ListBullet"/>
      </w:pPr>
      <w:r>
        <w:t>Maintain respectful communication.</w:t>
      </w:r>
    </w:p>
    <w:p w14:paraId="663EB577" w14:textId="77777777" w:rsidR="00EA2947" w:rsidRDefault="0089343B">
      <w:r>
        <w:rPr>
          <w:b/>
          <w:color w:val="B8860B"/>
          <w:sz w:val="28"/>
        </w:rPr>
        <w:t>Tutor Responsibilities</w:t>
      </w:r>
    </w:p>
    <w:p w14:paraId="0EC4752B" w14:textId="77777777" w:rsidR="00EA2947" w:rsidRDefault="0089343B">
      <w:pPr>
        <w:pStyle w:val="ListBullet"/>
      </w:pPr>
      <w:r>
        <w:lastRenderedPageBreak/>
        <w:t>Provide professional, well-prepared instruction.</w:t>
      </w:r>
    </w:p>
    <w:p w14:paraId="21CFAB6B" w14:textId="77777777" w:rsidR="00EA2947" w:rsidRDefault="0089343B">
      <w:pPr>
        <w:pStyle w:val="ListBullet"/>
      </w:pPr>
      <w:r>
        <w:t>Treat every student fairly and respectfully.</w:t>
      </w:r>
    </w:p>
    <w:p w14:paraId="36EFF593" w14:textId="77777777" w:rsidR="00EA2947" w:rsidRDefault="0089343B">
      <w:pPr>
        <w:pStyle w:val="ListBullet"/>
      </w:pPr>
      <w:r>
        <w:t>Protect student confidentiality.</w:t>
      </w:r>
    </w:p>
    <w:p w14:paraId="2EACC9BE" w14:textId="77777777" w:rsidR="00EA2947" w:rsidRDefault="0089343B">
      <w:pPr>
        <w:pStyle w:val="ListBullet"/>
      </w:pPr>
      <w:r>
        <w:t>Communicate progress regularly.</w:t>
      </w:r>
    </w:p>
    <w:p w14:paraId="35C4407C" w14:textId="77777777" w:rsidR="00EA2947" w:rsidRDefault="0089343B">
      <w:pPr>
        <w:pStyle w:val="ListBullet"/>
      </w:pPr>
      <w:r>
        <w:t>Maintain a positive learning environment.</w:t>
      </w:r>
    </w:p>
    <w:p w14:paraId="44EAB34F" w14:textId="77777777" w:rsidR="00EA2947" w:rsidRDefault="0089343B">
      <w:r>
        <w:rPr>
          <w:b/>
          <w:color w:val="B8860B"/>
          <w:sz w:val="28"/>
        </w:rPr>
        <w:t>Behavior Expectations</w:t>
      </w:r>
    </w:p>
    <w:p w14:paraId="7AEDA481" w14:textId="77777777" w:rsidR="00EA2947" w:rsidRDefault="0089343B">
      <w:r>
        <w:t>Bullying, harassment, discrimination, profanity, intimidation, cheating, vandalism, or disruptive behavior will not be tolerated.</w:t>
      </w:r>
    </w:p>
    <w:p w14:paraId="09CCDBA8" w14:textId="77777777" w:rsidR="00EA2947" w:rsidRDefault="0089343B">
      <w:r>
        <w:rPr>
          <w:b/>
          <w:color w:val="B8860B"/>
          <w:sz w:val="28"/>
        </w:rPr>
        <w:t>Attendance and Cancellations</w:t>
      </w:r>
    </w:p>
    <w:p w14:paraId="13137A00" w14:textId="77777777" w:rsidR="00EA2947" w:rsidRDefault="0089343B">
      <w:r>
        <w:t>Families should provide advance notice whenever possible if a session must be canceled or rescheduled.</w:t>
      </w:r>
    </w:p>
    <w:p w14:paraId="6D3C0DCA" w14:textId="77777777" w:rsidR="00EA2947" w:rsidRDefault="0089343B">
      <w:r>
        <w:rPr>
          <w:b/>
          <w:color w:val="B8860B"/>
          <w:sz w:val="28"/>
        </w:rPr>
        <w:t>Consequences</w:t>
      </w:r>
    </w:p>
    <w:p w14:paraId="33E9FCA3" w14:textId="77777777" w:rsidR="00EA2947" w:rsidRDefault="0089343B">
      <w:pPr>
        <w:pStyle w:val="ListBullet"/>
      </w:pPr>
      <w:r>
        <w:t>Reminder</w:t>
      </w:r>
    </w:p>
    <w:p w14:paraId="328DD59A" w14:textId="77777777" w:rsidR="00EA2947" w:rsidRDefault="0089343B">
      <w:pPr>
        <w:pStyle w:val="ListBullet"/>
      </w:pPr>
      <w:r>
        <w:t>Parent notification</w:t>
      </w:r>
    </w:p>
    <w:p w14:paraId="06484D5D" w14:textId="77777777" w:rsidR="00EA2947" w:rsidRDefault="0089343B">
      <w:pPr>
        <w:pStyle w:val="ListBullet"/>
      </w:pPr>
      <w:r>
        <w:t>Behavior conference</w:t>
      </w:r>
    </w:p>
    <w:p w14:paraId="1ECCA927" w14:textId="77777777" w:rsidR="00EA2947" w:rsidRDefault="0089343B">
      <w:pPr>
        <w:pStyle w:val="ListBullet"/>
      </w:pPr>
      <w:r>
        <w:t>Temporary suspension</w:t>
      </w:r>
    </w:p>
    <w:p w14:paraId="2C81F1C5" w14:textId="77777777" w:rsidR="00EA2947" w:rsidRDefault="0089343B">
      <w:pPr>
        <w:pStyle w:val="ListBullet"/>
      </w:pPr>
      <w:r>
        <w:t>Termination of tutoring services for repeated or serious violations</w:t>
      </w:r>
    </w:p>
    <w:p w14:paraId="1024D9AD" w14:textId="77777777" w:rsidR="00EA2947" w:rsidRDefault="0089343B">
      <w:r>
        <w:rPr>
          <w:b/>
          <w:color w:val="B8860B"/>
          <w:sz w:val="28"/>
        </w:rPr>
        <w:t>Acknowledgment</w:t>
      </w:r>
    </w:p>
    <w:p w14:paraId="70BF83C8" w14:textId="77777777" w:rsidR="00EA2947" w:rsidRDefault="0089343B">
      <w:r>
        <w:t>We have read and agree to follow this Code of Conduct.</w:t>
      </w:r>
      <w:r>
        <w:br/>
      </w:r>
    </w:p>
    <w:p w14:paraId="7E2F89DC" w14:textId="77777777" w:rsidR="00EA2947" w:rsidRDefault="0089343B">
      <w:r>
        <w:t>Student: ____________________________ Date: __________</w:t>
      </w:r>
    </w:p>
    <w:p w14:paraId="00C8C705" w14:textId="77777777" w:rsidR="00EA2947" w:rsidRDefault="0089343B">
      <w:r>
        <w:t>Parent/Guardian: ____________________ Date: __________</w:t>
      </w:r>
    </w:p>
    <w:p w14:paraId="3187B54D" w14:textId="77777777" w:rsidR="00EA2947" w:rsidRDefault="0089343B">
      <w:r>
        <w:t>Tutor Representative: _______________ Date: __________</w:t>
      </w:r>
    </w:p>
    <w:p w14:paraId="66253723" w14:textId="77777777" w:rsidR="00693510" w:rsidRDefault="00693510"/>
    <w:p w14:paraId="59651A3C" w14:textId="77777777" w:rsidR="00693510" w:rsidRDefault="00693510"/>
    <w:p w14:paraId="6CE7A8FC" w14:textId="77777777" w:rsidR="00693510" w:rsidRDefault="00693510"/>
    <w:p w14:paraId="3EDB6903" w14:textId="77777777" w:rsidR="00693510" w:rsidRPr="00693510" w:rsidRDefault="00693510" w:rsidP="00693510">
      <w:pPr>
        <w:jc w:val="center"/>
        <w:rPr>
          <w:b/>
          <w:bCs/>
          <w:i/>
          <w:iCs/>
          <w:color w:val="1F497D" w:themeColor="text2"/>
          <w:sz w:val="24"/>
          <w:szCs w:val="24"/>
        </w:rPr>
      </w:pPr>
      <w:r w:rsidRPr="00693510">
        <w:rPr>
          <w:b/>
          <w:bCs/>
          <w:i/>
          <w:iCs/>
          <w:color w:val="1F497D" w:themeColor="text2"/>
          <w:sz w:val="24"/>
          <w:szCs w:val="24"/>
        </w:rPr>
        <w:t>OUR MOTTO</w:t>
      </w:r>
    </w:p>
    <w:p w14:paraId="31BB7AAF" w14:textId="1971D3EA" w:rsidR="00693510" w:rsidRPr="00693510" w:rsidRDefault="00693510" w:rsidP="00693510">
      <w:pPr>
        <w:jc w:val="center"/>
        <w:rPr>
          <w:b/>
          <w:bCs/>
          <w:color w:val="1F497D" w:themeColor="text2"/>
        </w:rPr>
      </w:pPr>
      <w:r w:rsidRPr="00693510">
        <w:rPr>
          <w:b/>
          <w:bCs/>
          <w:i/>
          <w:iCs/>
          <w:color w:val="1F497D" w:themeColor="text2"/>
        </w:rPr>
        <w:t>“BUILDING CONFIDENCE. BRIDGING GAPS. STRENGTHENING SKILLS. CREATING SUCCESS”</w:t>
      </w:r>
    </w:p>
    <w:sectPr w:rsidR="00693510" w:rsidRPr="0069351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26739892">
    <w:abstractNumId w:val="8"/>
  </w:num>
  <w:num w:numId="2" w16cid:durableId="1483155836">
    <w:abstractNumId w:val="6"/>
  </w:num>
  <w:num w:numId="3" w16cid:durableId="916279535">
    <w:abstractNumId w:val="5"/>
  </w:num>
  <w:num w:numId="4" w16cid:durableId="295919744">
    <w:abstractNumId w:val="4"/>
  </w:num>
  <w:num w:numId="5" w16cid:durableId="1533110205">
    <w:abstractNumId w:val="7"/>
  </w:num>
  <w:num w:numId="6" w16cid:durableId="1336300614">
    <w:abstractNumId w:val="3"/>
  </w:num>
  <w:num w:numId="7" w16cid:durableId="887037581">
    <w:abstractNumId w:val="2"/>
  </w:num>
  <w:num w:numId="8" w16cid:durableId="324170943">
    <w:abstractNumId w:val="1"/>
  </w:num>
  <w:num w:numId="9" w16cid:durableId="65499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E7B2F"/>
    <w:rsid w:val="00326F90"/>
    <w:rsid w:val="00445A3B"/>
    <w:rsid w:val="00693510"/>
    <w:rsid w:val="00A91217"/>
    <w:rsid w:val="00AA1D8D"/>
    <w:rsid w:val="00B47730"/>
    <w:rsid w:val="00CB0664"/>
    <w:rsid w:val="00CE73B1"/>
    <w:rsid w:val="00EA294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6BD0CD"/>
  <w14:defaultImageDpi w14:val="300"/>
  <w15:docId w15:val="{E678BB72-3418-43E4-B954-4CAEE5181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445A3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Saundra Hall</cp:lastModifiedBy>
  <cp:revision>2</cp:revision>
  <dcterms:created xsi:type="dcterms:W3CDTF">2026-07-22T08:12:00Z</dcterms:created>
  <dcterms:modified xsi:type="dcterms:W3CDTF">2026-07-22T08:12:00Z</dcterms:modified>
  <cp:category/>
</cp:coreProperties>
</file>