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FB83" w14:textId="67D9F399" w:rsidR="00881DA5" w:rsidRPr="00881DA5" w:rsidRDefault="00881DA5" w:rsidP="00881DA5">
      <w:pPr>
        <w:rPr>
          <w:b/>
          <w:color w:val="0F2B5B"/>
          <w:sz w:val="40"/>
        </w:rPr>
      </w:pPr>
      <w:r w:rsidRPr="00881DA5">
        <w:rPr>
          <w:b/>
          <w:color w:val="0F2B5B"/>
          <w:sz w:val="40"/>
        </w:rPr>
        <w:drawing>
          <wp:inline distT="0" distB="0" distL="0" distR="0" wp14:anchorId="7C3D8526" wp14:editId="0F8B39FC">
            <wp:extent cx="1471085" cy="1447137"/>
            <wp:effectExtent l="0" t="0" r="0" b="1270"/>
            <wp:docPr id="14309649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90" cy="146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F3B6B" w14:textId="71B60630" w:rsidR="00D46AFD" w:rsidRDefault="00BD295A" w:rsidP="00881DA5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TRANSPORTATION RELEASE FORM</w:t>
      </w:r>
    </w:p>
    <w:p w14:paraId="4DE759CD" w14:textId="77777777" w:rsidR="00D46AFD" w:rsidRDefault="00BD295A">
      <w:r>
        <w:rPr>
          <w:b/>
          <w:color w:val="B8860B"/>
          <w:sz w:val="28"/>
        </w:rPr>
        <w:t>Student Information</w:t>
      </w:r>
    </w:p>
    <w:p w14:paraId="3F6CF6E6" w14:textId="77777777" w:rsidR="00D46AFD" w:rsidRDefault="00BD295A">
      <w:r>
        <w:t>Student Name: ______________________________________________</w:t>
      </w:r>
    </w:p>
    <w:p w14:paraId="52489ED5" w14:textId="77777777" w:rsidR="00D46AFD" w:rsidRDefault="00BD295A">
      <w:r>
        <w:t>Grade: ______________________________________________</w:t>
      </w:r>
    </w:p>
    <w:p w14:paraId="470243F2" w14:textId="77777777" w:rsidR="00D46AFD" w:rsidRDefault="00BD295A">
      <w:r>
        <w:t>School: ______________________________________________</w:t>
      </w:r>
    </w:p>
    <w:p w14:paraId="3CF56A57" w14:textId="77777777" w:rsidR="00D46AFD" w:rsidRDefault="00BD295A">
      <w:r>
        <w:t>Parent/Guardian Name: ______________________________________________</w:t>
      </w:r>
    </w:p>
    <w:p w14:paraId="2DFD53C3" w14:textId="77777777" w:rsidR="00D46AFD" w:rsidRDefault="00BD295A">
      <w:r>
        <w:t>Primary Phone: ______________________________________________</w:t>
      </w:r>
    </w:p>
    <w:p w14:paraId="6A83369B" w14:textId="77777777" w:rsidR="00D46AFD" w:rsidRDefault="00BD295A">
      <w:r>
        <w:t>Secondary Phone: ______________________________________________</w:t>
      </w:r>
    </w:p>
    <w:p w14:paraId="46D2BF2F" w14:textId="77777777" w:rsidR="00D46AFD" w:rsidRDefault="00BD295A">
      <w:r>
        <w:rPr>
          <w:b/>
          <w:color w:val="B8860B"/>
          <w:sz w:val="28"/>
        </w:rPr>
        <w:t>Transportation Plan</w:t>
      </w:r>
    </w:p>
    <w:p w14:paraId="1DFD56FA" w14:textId="77777777" w:rsidR="00D46AFD" w:rsidRDefault="00BD295A">
      <w:r>
        <w:t>Please check all authorized transportation arrangements:</w:t>
      </w:r>
    </w:p>
    <w:p w14:paraId="1AFE73B0" w14:textId="77777777" w:rsidR="00D46AFD" w:rsidRDefault="00BD295A">
      <w:r>
        <w:t>☐</w:t>
      </w:r>
      <w:r>
        <w:t xml:space="preserve"> Parent/Guardian will pick up the student.</w:t>
      </w:r>
    </w:p>
    <w:p w14:paraId="2EA8E9A0" w14:textId="77777777" w:rsidR="00D46AFD" w:rsidRDefault="00BD295A">
      <w:r>
        <w:t>☐</w:t>
      </w:r>
      <w:r>
        <w:t xml:space="preserve"> Student may leave independently (parent authorization required).</w:t>
      </w:r>
    </w:p>
    <w:p w14:paraId="21176BEE" w14:textId="77777777" w:rsidR="00D46AFD" w:rsidRDefault="00BD295A">
      <w:r>
        <w:t>☐</w:t>
      </w:r>
      <w:r>
        <w:t xml:space="preserve"> Student will be picked up by an authorized adult listed below.</w:t>
      </w:r>
    </w:p>
    <w:p w14:paraId="1A9443E8" w14:textId="77777777" w:rsidR="00D46AFD" w:rsidRDefault="00BD295A">
      <w:r>
        <w:t>☐</w:t>
      </w:r>
      <w:r>
        <w:t xml:space="preserve"> Student participates in virtual tutoring only (no transportation required).</w:t>
      </w:r>
    </w:p>
    <w:p w14:paraId="44FDE8D5" w14:textId="77777777" w:rsidR="00D46AFD" w:rsidRDefault="00BD295A">
      <w:r>
        <w:rPr>
          <w:b/>
          <w:color w:val="B8860B"/>
          <w:sz w:val="28"/>
        </w:rPr>
        <w:t>Authorized Pick-Up Persons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D46AFD" w14:paraId="5509CA1F" w14:textId="77777777">
        <w:tc>
          <w:tcPr>
            <w:tcW w:w="2160" w:type="dxa"/>
          </w:tcPr>
          <w:p w14:paraId="5BDA0D24" w14:textId="77777777" w:rsidR="00D46AFD" w:rsidRDefault="00BD295A">
            <w:r>
              <w:t>Name</w:t>
            </w:r>
          </w:p>
        </w:tc>
        <w:tc>
          <w:tcPr>
            <w:tcW w:w="2160" w:type="dxa"/>
          </w:tcPr>
          <w:p w14:paraId="57370F25" w14:textId="77777777" w:rsidR="00D46AFD" w:rsidRDefault="00BD295A">
            <w:r>
              <w:t>Relationship</w:t>
            </w:r>
          </w:p>
        </w:tc>
        <w:tc>
          <w:tcPr>
            <w:tcW w:w="2160" w:type="dxa"/>
          </w:tcPr>
          <w:p w14:paraId="764CDBF3" w14:textId="77777777" w:rsidR="00D46AFD" w:rsidRDefault="00BD295A">
            <w:r>
              <w:t>Phone Number</w:t>
            </w:r>
          </w:p>
        </w:tc>
        <w:tc>
          <w:tcPr>
            <w:tcW w:w="2160" w:type="dxa"/>
          </w:tcPr>
          <w:p w14:paraId="7D9EED7D" w14:textId="77777777" w:rsidR="00D46AFD" w:rsidRDefault="00BD295A">
            <w:r>
              <w:t xml:space="preserve">Photo ID Verified </w:t>
            </w:r>
            <w:r>
              <w:lastRenderedPageBreak/>
              <w:t>(Office Use)</w:t>
            </w:r>
          </w:p>
        </w:tc>
      </w:tr>
      <w:tr w:rsidR="00D46AFD" w14:paraId="7A902A99" w14:textId="77777777">
        <w:tc>
          <w:tcPr>
            <w:tcW w:w="2160" w:type="dxa"/>
          </w:tcPr>
          <w:p w14:paraId="739BEEE2" w14:textId="77777777" w:rsidR="00D46AFD" w:rsidRDefault="00D46AFD"/>
        </w:tc>
        <w:tc>
          <w:tcPr>
            <w:tcW w:w="2160" w:type="dxa"/>
          </w:tcPr>
          <w:p w14:paraId="40285C52" w14:textId="77777777" w:rsidR="00D46AFD" w:rsidRDefault="00D46AFD"/>
        </w:tc>
        <w:tc>
          <w:tcPr>
            <w:tcW w:w="2160" w:type="dxa"/>
          </w:tcPr>
          <w:p w14:paraId="676A9851" w14:textId="77777777" w:rsidR="00D46AFD" w:rsidRDefault="00D46AFD"/>
        </w:tc>
        <w:tc>
          <w:tcPr>
            <w:tcW w:w="2160" w:type="dxa"/>
          </w:tcPr>
          <w:p w14:paraId="7F625628" w14:textId="77777777" w:rsidR="00D46AFD" w:rsidRDefault="00D46AFD"/>
        </w:tc>
      </w:tr>
      <w:tr w:rsidR="00D46AFD" w14:paraId="5E882743" w14:textId="77777777">
        <w:tc>
          <w:tcPr>
            <w:tcW w:w="2160" w:type="dxa"/>
          </w:tcPr>
          <w:p w14:paraId="07BF2958" w14:textId="77777777" w:rsidR="00D46AFD" w:rsidRDefault="00D46AFD"/>
        </w:tc>
        <w:tc>
          <w:tcPr>
            <w:tcW w:w="2160" w:type="dxa"/>
          </w:tcPr>
          <w:p w14:paraId="4BA1CEE3" w14:textId="77777777" w:rsidR="00D46AFD" w:rsidRDefault="00D46AFD"/>
        </w:tc>
        <w:tc>
          <w:tcPr>
            <w:tcW w:w="2160" w:type="dxa"/>
          </w:tcPr>
          <w:p w14:paraId="198AC3F7" w14:textId="77777777" w:rsidR="00D46AFD" w:rsidRDefault="00D46AFD"/>
        </w:tc>
        <w:tc>
          <w:tcPr>
            <w:tcW w:w="2160" w:type="dxa"/>
          </w:tcPr>
          <w:p w14:paraId="7B8CAAFA" w14:textId="77777777" w:rsidR="00D46AFD" w:rsidRDefault="00D46AFD"/>
        </w:tc>
      </w:tr>
      <w:tr w:rsidR="00D46AFD" w14:paraId="3A02E579" w14:textId="77777777">
        <w:tc>
          <w:tcPr>
            <w:tcW w:w="2160" w:type="dxa"/>
          </w:tcPr>
          <w:p w14:paraId="28572BA7" w14:textId="77777777" w:rsidR="00D46AFD" w:rsidRDefault="00D46AFD"/>
        </w:tc>
        <w:tc>
          <w:tcPr>
            <w:tcW w:w="2160" w:type="dxa"/>
          </w:tcPr>
          <w:p w14:paraId="3332783D" w14:textId="77777777" w:rsidR="00D46AFD" w:rsidRDefault="00D46AFD"/>
        </w:tc>
        <w:tc>
          <w:tcPr>
            <w:tcW w:w="2160" w:type="dxa"/>
          </w:tcPr>
          <w:p w14:paraId="323B9C72" w14:textId="77777777" w:rsidR="00D46AFD" w:rsidRDefault="00D46AFD"/>
        </w:tc>
        <w:tc>
          <w:tcPr>
            <w:tcW w:w="2160" w:type="dxa"/>
          </w:tcPr>
          <w:p w14:paraId="33ED848D" w14:textId="77777777" w:rsidR="00D46AFD" w:rsidRDefault="00D46AFD"/>
        </w:tc>
      </w:tr>
      <w:tr w:rsidR="00D46AFD" w14:paraId="136192CC" w14:textId="77777777">
        <w:tc>
          <w:tcPr>
            <w:tcW w:w="2160" w:type="dxa"/>
          </w:tcPr>
          <w:p w14:paraId="1C2A1B0A" w14:textId="77777777" w:rsidR="00D46AFD" w:rsidRDefault="00D46AFD"/>
        </w:tc>
        <w:tc>
          <w:tcPr>
            <w:tcW w:w="2160" w:type="dxa"/>
          </w:tcPr>
          <w:p w14:paraId="165C1E6F" w14:textId="77777777" w:rsidR="00D46AFD" w:rsidRDefault="00D46AFD"/>
        </w:tc>
        <w:tc>
          <w:tcPr>
            <w:tcW w:w="2160" w:type="dxa"/>
          </w:tcPr>
          <w:p w14:paraId="67084CF5" w14:textId="77777777" w:rsidR="00D46AFD" w:rsidRDefault="00D46AFD"/>
        </w:tc>
        <w:tc>
          <w:tcPr>
            <w:tcW w:w="2160" w:type="dxa"/>
          </w:tcPr>
          <w:p w14:paraId="447D3B87" w14:textId="77777777" w:rsidR="00D46AFD" w:rsidRDefault="00D46AFD"/>
        </w:tc>
      </w:tr>
      <w:tr w:rsidR="00D46AFD" w14:paraId="3897079D" w14:textId="77777777">
        <w:tc>
          <w:tcPr>
            <w:tcW w:w="2160" w:type="dxa"/>
          </w:tcPr>
          <w:p w14:paraId="21494D0A" w14:textId="77777777" w:rsidR="00D46AFD" w:rsidRDefault="00D46AFD"/>
        </w:tc>
        <w:tc>
          <w:tcPr>
            <w:tcW w:w="2160" w:type="dxa"/>
          </w:tcPr>
          <w:p w14:paraId="141D4390" w14:textId="77777777" w:rsidR="00D46AFD" w:rsidRDefault="00D46AFD"/>
        </w:tc>
        <w:tc>
          <w:tcPr>
            <w:tcW w:w="2160" w:type="dxa"/>
          </w:tcPr>
          <w:p w14:paraId="41B5B75D" w14:textId="77777777" w:rsidR="00D46AFD" w:rsidRDefault="00D46AFD"/>
        </w:tc>
        <w:tc>
          <w:tcPr>
            <w:tcW w:w="2160" w:type="dxa"/>
          </w:tcPr>
          <w:p w14:paraId="734852A2" w14:textId="77777777" w:rsidR="00D46AFD" w:rsidRDefault="00D46AFD"/>
        </w:tc>
      </w:tr>
    </w:tbl>
    <w:p w14:paraId="150BE821" w14:textId="77777777" w:rsidR="00D46AFD" w:rsidRDefault="00BD295A">
      <w:r>
        <w:rPr>
          <w:b/>
          <w:color w:val="B8860B"/>
          <w:sz w:val="28"/>
        </w:rPr>
        <w:t>Transportation Instructions</w:t>
      </w:r>
    </w:p>
    <w:p w14:paraId="04D50884" w14:textId="77777777" w:rsidR="00D46AFD" w:rsidRDefault="00BD295A">
      <w:r>
        <w:t>Special instructions, custody arrangements, or restrictions:</w:t>
      </w:r>
    </w:p>
    <w:p w14:paraId="7BB47136" w14:textId="77777777" w:rsidR="00D46AFD" w:rsidRDefault="00BD295A">
      <w:r>
        <w:t>________________________________________________________________________</w:t>
      </w:r>
    </w:p>
    <w:p w14:paraId="54682CD6" w14:textId="77777777" w:rsidR="00D46AFD" w:rsidRDefault="00BD295A">
      <w:r>
        <w:t>________________________________________________________________________</w:t>
      </w:r>
    </w:p>
    <w:p w14:paraId="3B8CF046" w14:textId="77777777" w:rsidR="00D46AFD" w:rsidRDefault="00BD295A">
      <w:r>
        <w:rPr>
          <w:b/>
          <w:color w:val="B8860B"/>
          <w:sz w:val="28"/>
        </w:rPr>
        <w:t>Late Pick-Up Policy</w:t>
      </w:r>
    </w:p>
    <w:p w14:paraId="28EA81CD" w14:textId="77777777" w:rsidR="00D46AFD" w:rsidRDefault="00BD295A">
      <w:r>
        <w:t>Parents/guardians are responsible for ensuring timely pick-up at the end of each tutoring session. Please notify the tutoring service as soon as possible if you anticipate being late. Repeated late pick-ups may result in additional fees or changes to scheduling in accordance with tutoring policies.</w:t>
      </w:r>
    </w:p>
    <w:p w14:paraId="47825D2E" w14:textId="77777777" w:rsidR="00D46AFD" w:rsidRDefault="00BD295A">
      <w:r>
        <w:rPr>
          <w:b/>
          <w:color w:val="B8860B"/>
          <w:sz w:val="28"/>
        </w:rPr>
        <w:t>Parent/Guardian Authorization</w:t>
      </w:r>
    </w:p>
    <w:p w14:paraId="6F3D8107" w14:textId="77777777" w:rsidR="00D46AFD" w:rsidRDefault="00BD295A">
      <w:r>
        <w:t>I certify that the transportation information provided is accurate. I authorize only the individuals listed on this form to pick up my student unless I provide written or verbal authorization in advance. I understand that photo identification may be requested before a student is released.</w:t>
      </w:r>
    </w:p>
    <w:p w14:paraId="258BE926" w14:textId="77777777" w:rsidR="00D46AFD" w:rsidRDefault="00BD295A">
      <w:r>
        <w:rPr>
          <w:b/>
          <w:color w:val="B8860B"/>
          <w:sz w:val="28"/>
        </w:rPr>
        <w:t>Signatures</w:t>
      </w:r>
    </w:p>
    <w:p w14:paraId="037C172C" w14:textId="77777777" w:rsidR="00D46AFD" w:rsidRDefault="00BD295A">
      <w:r>
        <w:t>Parent/Guardian Signature: __________________________ Date: __________</w:t>
      </w:r>
    </w:p>
    <w:p w14:paraId="4A91A795" w14:textId="77777777" w:rsidR="00D46AFD" w:rsidRDefault="00BD295A">
      <w:r>
        <w:t>Student Signature (if applicable): __________________ Date: __________</w:t>
      </w:r>
    </w:p>
    <w:p w14:paraId="50D6EC99" w14:textId="77777777" w:rsidR="00D46AFD" w:rsidRDefault="00BD295A">
      <w:r>
        <w:t>Tutor Representative: ______________________________ Date: __________</w:t>
      </w:r>
    </w:p>
    <w:sectPr w:rsidR="00D46A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366177">
    <w:abstractNumId w:val="8"/>
  </w:num>
  <w:num w:numId="2" w16cid:durableId="72245480">
    <w:abstractNumId w:val="6"/>
  </w:num>
  <w:num w:numId="3" w16cid:durableId="1700156459">
    <w:abstractNumId w:val="5"/>
  </w:num>
  <w:num w:numId="4" w16cid:durableId="1142187843">
    <w:abstractNumId w:val="4"/>
  </w:num>
  <w:num w:numId="5" w16cid:durableId="1222669716">
    <w:abstractNumId w:val="7"/>
  </w:num>
  <w:num w:numId="6" w16cid:durableId="856818059">
    <w:abstractNumId w:val="3"/>
  </w:num>
  <w:num w:numId="7" w16cid:durableId="23949165">
    <w:abstractNumId w:val="2"/>
  </w:num>
  <w:num w:numId="8" w16cid:durableId="1090660034">
    <w:abstractNumId w:val="1"/>
  </w:num>
  <w:num w:numId="9" w16cid:durableId="51557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881DA5"/>
    <w:rsid w:val="00AA1D8D"/>
    <w:rsid w:val="00B47730"/>
    <w:rsid w:val="00CB0664"/>
    <w:rsid w:val="00D46A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3A3D9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2026-07-15T07:28:00Z</dcterms:created>
  <dcterms:modified xsi:type="dcterms:W3CDTF">2026-07-15T07:28:00Z</dcterms:modified>
  <cp:category/>
</cp:coreProperties>
</file>