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4BA8" w14:textId="5F86A741" w:rsidR="00560B6E" w:rsidRDefault="00560B6E" w:rsidP="00560B6E">
      <w:pPr>
        <w:rPr>
          <w:b/>
          <w:color w:val="0F2B5B"/>
          <w:sz w:val="40"/>
        </w:rPr>
      </w:pPr>
      <w:r w:rsidRPr="00560B6E">
        <w:rPr>
          <w:b/>
          <w:color w:val="0F2B5B"/>
          <w:sz w:val="40"/>
        </w:rPr>
        <w:drawing>
          <wp:inline distT="0" distB="0" distL="0" distR="0" wp14:anchorId="5A73DD37" wp14:editId="1E05CC98">
            <wp:extent cx="1176793" cy="1157636"/>
            <wp:effectExtent l="0" t="0" r="4445" b="4445"/>
            <wp:docPr id="7333635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504" cy="117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6F51" w14:textId="2686C466" w:rsidR="003639BE" w:rsidRDefault="00B6630A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INITIAL ACADEMIC DIAGNOSTIC FORM</w:t>
      </w:r>
    </w:p>
    <w:p w14:paraId="3F683C56" w14:textId="77777777" w:rsidR="003639BE" w:rsidRDefault="00B6630A">
      <w:r>
        <w:rPr>
          <w:b/>
          <w:color w:val="B8860B"/>
          <w:sz w:val="28"/>
        </w:rPr>
        <w:t>Student Information</w:t>
      </w:r>
    </w:p>
    <w:p w14:paraId="1CDF74C7" w14:textId="77777777" w:rsidR="003639BE" w:rsidRDefault="00B6630A">
      <w:r>
        <w:t>Student Name: ______________________________________________</w:t>
      </w:r>
    </w:p>
    <w:p w14:paraId="438FBF59" w14:textId="77777777" w:rsidR="003639BE" w:rsidRDefault="00B6630A">
      <w:r>
        <w:t>Date: ______________________________________________</w:t>
      </w:r>
    </w:p>
    <w:p w14:paraId="7CAC96FD" w14:textId="77777777" w:rsidR="003639BE" w:rsidRDefault="00B6630A">
      <w:r>
        <w:t>Grade: ______________________________________________</w:t>
      </w:r>
    </w:p>
    <w:p w14:paraId="04296A11" w14:textId="77777777" w:rsidR="003639BE" w:rsidRDefault="00B6630A">
      <w:r>
        <w:t>School: ______________________________________________</w:t>
      </w:r>
    </w:p>
    <w:p w14:paraId="43D6AEEB" w14:textId="77777777" w:rsidR="003639BE" w:rsidRDefault="00B6630A">
      <w:r>
        <w:t>Subject(s) Requested: ______________________________________________</w:t>
      </w:r>
    </w:p>
    <w:p w14:paraId="1E0155AC" w14:textId="77777777" w:rsidR="003639BE" w:rsidRDefault="00B6630A">
      <w:r>
        <w:t>Parent/Guardian: ______________________________________________</w:t>
      </w:r>
    </w:p>
    <w:p w14:paraId="34407B55" w14:textId="77777777" w:rsidR="003639BE" w:rsidRDefault="00B6630A">
      <w:r>
        <w:t>Tutor: ______________________________________________</w:t>
      </w:r>
    </w:p>
    <w:p w14:paraId="28C8292C" w14:textId="77777777" w:rsidR="003639BE" w:rsidRDefault="00B6630A">
      <w:r>
        <w:t>Session Type (In-Person/Online): ______________________________________________</w:t>
      </w:r>
    </w:p>
    <w:p w14:paraId="21E046CA" w14:textId="77777777" w:rsidR="003639BE" w:rsidRDefault="00B6630A">
      <w:r>
        <w:rPr>
          <w:b/>
          <w:color w:val="B8860B"/>
          <w:sz w:val="28"/>
        </w:rPr>
        <w:t>Academic Background</w:t>
      </w:r>
    </w:p>
    <w:p w14:paraId="34088A00" w14:textId="77777777" w:rsidR="003639BE" w:rsidRDefault="00B6630A">
      <w:r>
        <w:t>Current Mathematics Course: ______________________________________________</w:t>
      </w:r>
    </w:p>
    <w:p w14:paraId="46A2FAF1" w14:textId="77777777" w:rsidR="003639BE" w:rsidRDefault="00B6630A">
      <w:r>
        <w:t>Current Science/Chemistry Course: ______________________________________________</w:t>
      </w:r>
    </w:p>
    <w:p w14:paraId="7581BA54" w14:textId="77777777" w:rsidR="003639BE" w:rsidRDefault="00B6630A">
      <w:r>
        <w:t>Most Recent Math Grade: ______________________________________________</w:t>
      </w:r>
    </w:p>
    <w:p w14:paraId="0CD60CFF" w14:textId="77777777" w:rsidR="003639BE" w:rsidRDefault="00B6630A">
      <w:r>
        <w:t>Most Recent Science Grade: ______________________________________________</w:t>
      </w:r>
    </w:p>
    <w:p w14:paraId="0ABD5C72" w14:textId="77777777" w:rsidR="003639BE" w:rsidRDefault="00B6630A">
      <w:r>
        <w:t>Standardized Test Scores (if available): ______________________________________________</w:t>
      </w:r>
    </w:p>
    <w:p w14:paraId="1D9031AC" w14:textId="77777777" w:rsidR="003639BE" w:rsidRDefault="00B6630A">
      <w:r>
        <w:t>Previous Tutoring Experience: ______________________________________________</w:t>
      </w:r>
    </w:p>
    <w:p w14:paraId="3FCE4610" w14:textId="77777777" w:rsidR="003639BE" w:rsidRDefault="00B6630A">
      <w:r>
        <w:rPr>
          <w:b/>
          <w:color w:val="B8860B"/>
          <w:sz w:val="28"/>
        </w:rPr>
        <w:lastRenderedPageBreak/>
        <w:t>Reason for Tutoring</w:t>
      </w:r>
    </w:p>
    <w:p w14:paraId="67629E97" w14:textId="77777777" w:rsidR="003639BE" w:rsidRDefault="00B6630A">
      <w:r>
        <w:t>☐</w:t>
      </w:r>
      <w:r>
        <w:t xml:space="preserve"> Improve Grades    ☐ Test Preparation    ☐ Homework Support    ☐ Skill Remediation    ☐ Enrichment    ☐ Other: ______________________</w:t>
      </w:r>
    </w:p>
    <w:p w14:paraId="4D6AEB55" w14:textId="77777777" w:rsidR="003639BE" w:rsidRDefault="00B6630A">
      <w:r>
        <w:rPr>
          <w:b/>
          <w:color w:val="B8860B"/>
          <w:sz w:val="28"/>
        </w:rPr>
        <w:t>Diagnostic Skills Checklist</w:t>
      </w:r>
    </w:p>
    <w:p w14:paraId="19D30BF9" w14:textId="77777777" w:rsidR="003639BE" w:rsidRDefault="00B6630A">
      <w:r>
        <w:t>Rate each area: 1 = Significant Support Needed   2 = Developing   3 = Proficient   4 = Advanced</w:t>
      </w:r>
    </w:p>
    <w:p w14:paraId="507F1F1B" w14:textId="77777777" w:rsidR="003639BE" w:rsidRDefault="00B6630A">
      <w:r>
        <w:t>□ Operations with Whole Numbers    Rating: 1   2   3   4    Notes: __________________________</w:t>
      </w:r>
    </w:p>
    <w:p w14:paraId="37D92BDF" w14:textId="77777777" w:rsidR="003639BE" w:rsidRDefault="00B6630A">
      <w:r>
        <w:t>□ Fractions, Decimals &amp; Percents    Rating: 1   2   3   4    Notes: __________________________</w:t>
      </w:r>
    </w:p>
    <w:p w14:paraId="2174D46B" w14:textId="77777777" w:rsidR="003639BE" w:rsidRDefault="00B6630A">
      <w:r>
        <w:t>□ Integers    Rating: 1   2   3   4    Notes: __________________________</w:t>
      </w:r>
    </w:p>
    <w:p w14:paraId="1A05CE83" w14:textId="77777777" w:rsidR="003639BE" w:rsidRDefault="00B6630A">
      <w:r>
        <w:t>□ Ratios &amp; Proportions    Rating: 1   2   3   4    Notes: __________________________</w:t>
      </w:r>
    </w:p>
    <w:p w14:paraId="6BD02F8F" w14:textId="77777777" w:rsidR="003639BE" w:rsidRDefault="00B6630A">
      <w:r>
        <w:t>□ Expressions &amp; Equations    Rating: 1   2   3   4    Notes: __________________________</w:t>
      </w:r>
    </w:p>
    <w:p w14:paraId="2CBD7517" w14:textId="77777777" w:rsidR="003639BE" w:rsidRDefault="00B6630A">
      <w:r>
        <w:t>□ Linear Equations    Rating: 1   2   3   4    Notes: __________________________</w:t>
      </w:r>
    </w:p>
    <w:p w14:paraId="7B41BBCF" w14:textId="77777777" w:rsidR="003639BE" w:rsidRDefault="00B6630A">
      <w:r>
        <w:t>□ Functions    Rating: 1   2   3   4    Notes: __________________________</w:t>
      </w:r>
    </w:p>
    <w:p w14:paraId="23CEE6D7" w14:textId="77777777" w:rsidR="003639BE" w:rsidRDefault="00B6630A">
      <w:r>
        <w:t>□ Graphing    Rating: 1   2   3   4    Notes: __________________________</w:t>
      </w:r>
    </w:p>
    <w:p w14:paraId="537A9CA6" w14:textId="77777777" w:rsidR="003639BE" w:rsidRDefault="00B6630A">
      <w:r>
        <w:t>□ Geometry    Rating: 1   2   3   4    Notes: __________________________</w:t>
      </w:r>
    </w:p>
    <w:p w14:paraId="21D85E47" w14:textId="77777777" w:rsidR="003639BE" w:rsidRDefault="00B6630A">
      <w:r>
        <w:t>□ Statistics    Rating: 1   2   3   4    Notes: __________________________</w:t>
      </w:r>
    </w:p>
    <w:p w14:paraId="04A598B2" w14:textId="77777777" w:rsidR="003639BE" w:rsidRDefault="00B6630A">
      <w:r>
        <w:t>□ Chemistry Concepts (if applicable)    Rating: 1   2   3   4    Notes: __________________________</w:t>
      </w:r>
    </w:p>
    <w:p w14:paraId="5FDFA267" w14:textId="77777777" w:rsidR="003639BE" w:rsidRDefault="00B6630A">
      <w:r>
        <w:rPr>
          <w:b/>
          <w:color w:val="B8860B"/>
          <w:sz w:val="28"/>
        </w:rPr>
        <w:t>Learning Profile</w:t>
      </w:r>
    </w:p>
    <w:p w14:paraId="21663D09" w14:textId="77777777" w:rsidR="003639BE" w:rsidRDefault="00B6630A">
      <w:r>
        <w:t>Student Strengths: ______________________________________________</w:t>
      </w:r>
    </w:p>
    <w:p w14:paraId="6A404028" w14:textId="77777777" w:rsidR="003639BE" w:rsidRDefault="00B6630A">
      <w:r>
        <w:t>Areas for Growth: ______________________________________________</w:t>
      </w:r>
    </w:p>
    <w:p w14:paraId="3DEA4015" w14:textId="77777777" w:rsidR="003639BE" w:rsidRDefault="00B6630A">
      <w:r>
        <w:t>Preferred Learning Style: ______________________________________________</w:t>
      </w:r>
    </w:p>
    <w:p w14:paraId="5EA941A4" w14:textId="77777777" w:rsidR="003639BE" w:rsidRDefault="00B6630A">
      <w:r>
        <w:t>Motivation/Goals: ______________________________________________</w:t>
      </w:r>
    </w:p>
    <w:p w14:paraId="1E480C84" w14:textId="77777777" w:rsidR="003639BE" w:rsidRDefault="00B6630A">
      <w:r>
        <w:t>Accommodations (IEP/504, if applicable): ______________________________________________</w:t>
      </w:r>
    </w:p>
    <w:p w14:paraId="4D14F8EC" w14:textId="77777777" w:rsidR="003639BE" w:rsidRDefault="00B6630A">
      <w:r>
        <w:t>Additional Comments: ______________________________________________</w:t>
      </w:r>
    </w:p>
    <w:p w14:paraId="389E4ED3" w14:textId="77777777" w:rsidR="003639BE" w:rsidRDefault="00B6630A">
      <w:r>
        <w:rPr>
          <w:b/>
          <w:color w:val="B8860B"/>
          <w:sz w:val="28"/>
        </w:rPr>
        <w:t>Initial Diagnostic Summary</w:t>
      </w:r>
    </w:p>
    <w:p w14:paraId="2C42CD5E" w14:textId="77777777" w:rsidR="003639BE" w:rsidRDefault="00B6630A">
      <w:r>
        <w:lastRenderedPageBreak/>
        <w:t>Priority Skills:</w:t>
      </w:r>
      <w:r>
        <w:br/>
      </w:r>
      <w:r>
        <w:t>______________________________________________________________</w:t>
      </w:r>
    </w:p>
    <w:p w14:paraId="19CD6B63" w14:textId="77777777" w:rsidR="003639BE" w:rsidRDefault="00B6630A">
      <w:r>
        <w:t>Recommended Tutoring Frequency:</w:t>
      </w:r>
      <w:r>
        <w:br/>
        <w:t>☐ 1 Session/Week   ☐ 2 Sessions/Week   ☐ 3+ Sessions/Week</w:t>
      </w:r>
    </w:p>
    <w:p w14:paraId="789D7F71" w14:textId="77777777" w:rsidR="003639BE" w:rsidRDefault="00B6630A">
      <w:r>
        <w:t>Recommended Focus:</w:t>
      </w:r>
      <w:r>
        <w:br/>
        <w:t>______________________________________________________________</w:t>
      </w:r>
    </w:p>
    <w:p w14:paraId="4D2F0105" w14:textId="77777777" w:rsidR="003639BE" w:rsidRDefault="00B6630A">
      <w:r>
        <w:rPr>
          <w:b/>
          <w:color w:val="B8860B"/>
          <w:sz w:val="28"/>
        </w:rPr>
        <w:t>Tutor Action Plan</w:t>
      </w:r>
    </w:p>
    <w:p w14:paraId="1F46F71B" w14:textId="77777777" w:rsidR="003639BE" w:rsidRDefault="00B6630A">
      <w:r>
        <w:t>Short-Term Goals:</w:t>
      </w:r>
      <w:r>
        <w:br/>
        <w:t>______________________________________________________________</w:t>
      </w:r>
    </w:p>
    <w:p w14:paraId="00829BEE" w14:textId="77777777" w:rsidR="003639BE" w:rsidRDefault="00B6630A">
      <w:r>
        <w:t>Long-Term Goals:</w:t>
      </w:r>
      <w:r>
        <w:br/>
        <w:t>______________________________________________________________</w:t>
      </w:r>
    </w:p>
    <w:p w14:paraId="2DA4BA20" w14:textId="77777777" w:rsidR="003639BE" w:rsidRDefault="00B6630A">
      <w:r>
        <w:t>Recommended Resources:</w:t>
      </w:r>
      <w:r>
        <w:br/>
        <w:t>______________________________________________________________</w:t>
      </w:r>
    </w:p>
    <w:p w14:paraId="23852E1A" w14:textId="77777777" w:rsidR="003639BE" w:rsidRDefault="00B6630A">
      <w:r>
        <w:rPr>
          <w:b/>
          <w:color w:val="B8860B"/>
          <w:sz w:val="28"/>
        </w:rPr>
        <w:t>Signatures</w:t>
      </w:r>
    </w:p>
    <w:p w14:paraId="47465D92" w14:textId="77777777" w:rsidR="003639BE" w:rsidRDefault="00B6630A">
      <w:r>
        <w:t>Parent/Guardian: __________________________ Date: __________</w:t>
      </w:r>
    </w:p>
    <w:p w14:paraId="71807C1F" w14:textId="77777777" w:rsidR="003639BE" w:rsidRDefault="00B6630A">
      <w:r>
        <w:t>Student: _________________________________ Date: __________</w:t>
      </w:r>
    </w:p>
    <w:p w14:paraId="69269DC1" w14:textId="77777777" w:rsidR="003639BE" w:rsidRDefault="00B6630A">
      <w:r>
        <w:t>Tutor: __________________________________ Date: __________</w:t>
      </w:r>
    </w:p>
    <w:sectPr w:rsidR="003639B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5464944">
    <w:abstractNumId w:val="8"/>
  </w:num>
  <w:num w:numId="2" w16cid:durableId="856235610">
    <w:abstractNumId w:val="6"/>
  </w:num>
  <w:num w:numId="3" w16cid:durableId="1430466932">
    <w:abstractNumId w:val="5"/>
  </w:num>
  <w:num w:numId="4" w16cid:durableId="465859533">
    <w:abstractNumId w:val="4"/>
  </w:num>
  <w:num w:numId="5" w16cid:durableId="1374309711">
    <w:abstractNumId w:val="7"/>
  </w:num>
  <w:num w:numId="6" w16cid:durableId="93597088">
    <w:abstractNumId w:val="3"/>
  </w:num>
  <w:num w:numId="7" w16cid:durableId="2008703071">
    <w:abstractNumId w:val="2"/>
  </w:num>
  <w:num w:numId="8" w16cid:durableId="535239741">
    <w:abstractNumId w:val="1"/>
  </w:num>
  <w:num w:numId="9" w16cid:durableId="20094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3639BE"/>
    <w:rsid w:val="00560B6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4CFCE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2026-07-15T07:13:00Z</dcterms:created>
  <dcterms:modified xsi:type="dcterms:W3CDTF">2026-07-15T07:13:00Z</dcterms:modified>
  <cp:category/>
</cp:coreProperties>
</file>