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FD90" w14:textId="113EF628" w:rsidR="00843E44" w:rsidRPr="00843E44" w:rsidRDefault="00843E44" w:rsidP="00843E44">
      <w:pPr>
        <w:rPr>
          <w:b/>
          <w:color w:val="0F2B5B"/>
          <w:sz w:val="40"/>
        </w:rPr>
      </w:pPr>
      <w:r w:rsidRPr="00843E44">
        <w:rPr>
          <w:b/>
          <w:color w:val="0F2B5B"/>
          <w:sz w:val="40"/>
        </w:rPr>
        <w:drawing>
          <wp:inline distT="0" distB="0" distL="0" distR="0" wp14:anchorId="022A8AA8" wp14:editId="3B61AF49">
            <wp:extent cx="1608495" cy="1582310"/>
            <wp:effectExtent l="0" t="0" r="0" b="0"/>
            <wp:docPr id="775658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5847" cy="1589542"/>
                    </a:xfrm>
                    <a:prstGeom prst="rect">
                      <a:avLst/>
                    </a:prstGeom>
                    <a:noFill/>
                    <a:ln>
                      <a:noFill/>
                    </a:ln>
                  </pic:spPr>
                </pic:pic>
              </a:graphicData>
            </a:graphic>
          </wp:inline>
        </w:drawing>
      </w:r>
    </w:p>
    <w:p w14:paraId="6DADA911" w14:textId="54967B3B" w:rsidR="00D67FC4" w:rsidRDefault="00251C8D" w:rsidP="00843E44">
      <w:pPr>
        <w:jc w:val="center"/>
      </w:pPr>
      <w:r>
        <w:rPr>
          <w:b/>
          <w:color w:val="0F2B5B"/>
          <w:sz w:val="40"/>
        </w:rPr>
        <w:t>THE BRIDGE TO MATH AND CHEMISTRY SUCCESS HALL TUTORING SERVICES</w:t>
      </w:r>
      <w:r>
        <w:rPr>
          <w:b/>
          <w:color w:val="0F2B5B"/>
          <w:sz w:val="40"/>
        </w:rPr>
        <w:br/>
      </w:r>
      <w:r>
        <w:rPr>
          <w:b/>
          <w:color w:val="0F2B5B"/>
          <w:sz w:val="40"/>
        </w:rPr>
        <w:br/>
        <w:t>PHOTO &amp; MEDIA RELEASE FORM</w:t>
      </w:r>
    </w:p>
    <w:p w14:paraId="3A3BEEFB" w14:textId="77777777" w:rsidR="00D67FC4" w:rsidRDefault="00251C8D">
      <w:r>
        <w:rPr>
          <w:b/>
          <w:color w:val="B8860B"/>
          <w:sz w:val="28"/>
        </w:rPr>
        <w:t>Purpose</w:t>
      </w:r>
    </w:p>
    <w:p w14:paraId="284BEC20" w14:textId="77777777" w:rsidR="00D67FC4" w:rsidRDefault="00251C8D">
      <w:r>
        <w:t>This form requests permission to photograph, video record, or otherwise capture a student's image or work for educational, informational, or promotional purposes.</w:t>
      </w:r>
    </w:p>
    <w:p w14:paraId="03AE5268" w14:textId="77777777" w:rsidR="00D67FC4" w:rsidRDefault="00251C8D">
      <w:r>
        <w:rPr>
          <w:b/>
          <w:color w:val="B8860B"/>
          <w:sz w:val="28"/>
        </w:rPr>
        <w:t>Student Information</w:t>
      </w:r>
    </w:p>
    <w:p w14:paraId="519C1DE5" w14:textId="77777777" w:rsidR="00D67FC4" w:rsidRDefault="00251C8D">
      <w:r>
        <w:t>Student Name: ______________________________________________</w:t>
      </w:r>
    </w:p>
    <w:p w14:paraId="6D33CA48" w14:textId="77777777" w:rsidR="00D67FC4" w:rsidRDefault="00251C8D">
      <w:r>
        <w:t>Parent/Guardian Name: ______________________________________________</w:t>
      </w:r>
    </w:p>
    <w:p w14:paraId="76E4222A" w14:textId="77777777" w:rsidR="00D67FC4" w:rsidRDefault="00251C8D">
      <w:r>
        <w:t>Grade: ______________________________________________</w:t>
      </w:r>
    </w:p>
    <w:p w14:paraId="28FFA8C2" w14:textId="77777777" w:rsidR="00D67FC4" w:rsidRDefault="00251C8D">
      <w:r>
        <w:t>Date: ______________________________________________</w:t>
      </w:r>
    </w:p>
    <w:p w14:paraId="72F9EBEC" w14:textId="77777777" w:rsidR="00D67FC4" w:rsidRDefault="00251C8D">
      <w:r>
        <w:t>Primary Phone: ______________________________________________</w:t>
      </w:r>
    </w:p>
    <w:p w14:paraId="78DCA794" w14:textId="77777777" w:rsidR="00D67FC4" w:rsidRDefault="00251C8D">
      <w:r>
        <w:t>Email: ______________________________________________</w:t>
      </w:r>
    </w:p>
    <w:p w14:paraId="4415D9DE" w14:textId="77777777" w:rsidR="00D67FC4" w:rsidRDefault="00251C8D">
      <w:r>
        <w:rPr>
          <w:b/>
          <w:color w:val="B8860B"/>
          <w:sz w:val="28"/>
        </w:rPr>
        <w:t>How Photos and Media May Be Used</w:t>
      </w:r>
    </w:p>
    <w:p w14:paraId="1553F24B" w14:textId="77777777" w:rsidR="00D67FC4" w:rsidRDefault="00251C8D">
      <w:r>
        <w:t>☐</w:t>
      </w:r>
      <w:r>
        <w:t xml:space="preserve"> Tutoring program newsletters or parent communications</w:t>
      </w:r>
    </w:p>
    <w:p w14:paraId="5082D627" w14:textId="77777777" w:rsidR="00D67FC4" w:rsidRDefault="00251C8D">
      <w:r>
        <w:t>☐</w:t>
      </w:r>
      <w:r>
        <w:t xml:space="preserve"> Printed brochures and marketing materials</w:t>
      </w:r>
    </w:p>
    <w:p w14:paraId="465E64C5" w14:textId="77777777" w:rsidR="00D67FC4" w:rsidRDefault="00251C8D">
      <w:r>
        <w:t>☐</w:t>
      </w:r>
      <w:r>
        <w:t xml:space="preserve"> Official website</w:t>
      </w:r>
    </w:p>
    <w:p w14:paraId="2E4CA1CC" w14:textId="77777777" w:rsidR="00D67FC4" w:rsidRDefault="00251C8D">
      <w:r>
        <w:t>☐</w:t>
      </w:r>
      <w:r>
        <w:t xml:space="preserve"> Official social media pages</w:t>
      </w:r>
    </w:p>
    <w:p w14:paraId="4CE7ECD8" w14:textId="77777777" w:rsidR="00D67FC4" w:rsidRDefault="00251C8D">
      <w:r>
        <w:lastRenderedPageBreak/>
        <w:t>☐</w:t>
      </w:r>
      <w:r>
        <w:t xml:space="preserve"> Classroom displays or recognition boards</w:t>
      </w:r>
    </w:p>
    <w:p w14:paraId="7875FD39" w14:textId="77777777" w:rsidR="00D67FC4" w:rsidRDefault="00251C8D">
      <w:r>
        <w:t>☐</w:t>
      </w:r>
      <w:r>
        <w:t xml:space="preserve"> Presentations, workshops, or community events</w:t>
      </w:r>
    </w:p>
    <w:p w14:paraId="61805CFB" w14:textId="77777777" w:rsidR="00D67FC4" w:rsidRDefault="00251C8D">
      <w:r>
        <w:rPr>
          <w:b/>
          <w:color w:val="B8860B"/>
          <w:sz w:val="28"/>
        </w:rPr>
        <w:t>Consent Options</w:t>
      </w:r>
    </w:p>
    <w:p w14:paraId="147BEAF8" w14:textId="77777777" w:rsidR="00D67FC4" w:rsidRDefault="00251C8D">
      <w:r>
        <w:t>Please select ONE option:</w:t>
      </w:r>
    </w:p>
    <w:p w14:paraId="70F1E124" w14:textId="77777777" w:rsidR="00D67FC4" w:rsidRDefault="00251C8D">
      <w:r>
        <w:t>☐</w:t>
      </w:r>
      <w:r>
        <w:t xml:space="preserve"> I GIVE permission for my student's photograph, video, voice, and/or schoolwork to be used for the purposes listed above.</w:t>
      </w:r>
    </w:p>
    <w:p w14:paraId="0A571300" w14:textId="77777777" w:rsidR="00D67FC4" w:rsidRDefault="00251C8D">
      <w:r>
        <w:t>☐</w:t>
      </w:r>
      <w:r>
        <w:t xml:space="preserve"> I GIVE LIMITED permission. The following restrictions apply:</w:t>
      </w:r>
    </w:p>
    <w:p w14:paraId="49809049" w14:textId="77777777" w:rsidR="00D67FC4" w:rsidRDefault="00251C8D">
      <w:r>
        <w:t>________________________________________________________________________</w:t>
      </w:r>
    </w:p>
    <w:p w14:paraId="642C1D94" w14:textId="77777777" w:rsidR="00D67FC4" w:rsidRDefault="00251C8D">
      <w:r>
        <w:t>☐</w:t>
      </w:r>
      <w:r>
        <w:t xml:space="preserve"> I DO NOT GIVE permission for my student's photograph, video, voice, or schoolwork to be used.</w:t>
      </w:r>
    </w:p>
    <w:p w14:paraId="0B77A789" w14:textId="77777777" w:rsidR="00D67FC4" w:rsidRDefault="00251C8D">
      <w:r>
        <w:rPr>
          <w:b/>
          <w:color w:val="B8860B"/>
          <w:sz w:val="28"/>
        </w:rPr>
        <w:t>Privacy Commitment</w:t>
      </w:r>
    </w:p>
    <w:p w14:paraId="0862F469" w14:textId="005C5410" w:rsidR="00D67FC4" w:rsidRDefault="00843E44">
      <w:r>
        <w:t xml:space="preserve">The Bridge to Success </w:t>
      </w:r>
      <w:r w:rsidR="00251C8D">
        <w:t>Hall Tutoring Services will make reasonable efforts to protect student privacy. Personally identifying information such as home address, personal phone number, or sensitive educational records will not be published without additional authorization or as otherwise required by law.</w:t>
      </w:r>
    </w:p>
    <w:p w14:paraId="5747181D" w14:textId="77777777" w:rsidR="00D67FC4" w:rsidRDefault="00251C8D">
      <w:r>
        <w:rPr>
          <w:b/>
          <w:color w:val="B8860B"/>
          <w:sz w:val="28"/>
        </w:rPr>
        <w:t>Revoking Consent</w:t>
      </w:r>
    </w:p>
    <w:p w14:paraId="5D7504AC" w14:textId="77777777" w:rsidR="00D67FC4" w:rsidRDefault="00251C8D">
      <w:r>
        <w:t>Consent may be withdrawn at any time by providing written notice. Withdrawal will apply to future use and cannot require the removal of materials that have already been lawfully published or distributed.</w:t>
      </w:r>
    </w:p>
    <w:p w14:paraId="6D412927" w14:textId="77777777" w:rsidR="00D67FC4" w:rsidRDefault="00251C8D">
      <w:r>
        <w:rPr>
          <w:b/>
          <w:color w:val="B8860B"/>
          <w:sz w:val="28"/>
        </w:rPr>
        <w:t>Acknowledgment</w:t>
      </w:r>
    </w:p>
    <w:p w14:paraId="77D4A1DE" w14:textId="77777777" w:rsidR="00D67FC4" w:rsidRDefault="00251C8D">
      <w:r>
        <w:t>I certify that I am the parent/legal guardian (or adult participant) and have read, understood, and voluntarily completed this Photo &amp; Media Release Form.</w:t>
      </w:r>
    </w:p>
    <w:p w14:paraId="3352C6A6" w14:textId="77777777" w:rsidR="00D67FC4" w:rsidRDefault="00251C8D">
      <w:r>
        <w:br/>
        <w:t>Parent/Guardian Signature: __________________________ Date: __________</w:t>
      </w:r>
    </w:p>
    <w:p w14:paraId="099B91AB" w14:textId="77777777" w:rsidR="00D67FC4" w:rsidRDefault="00251C8D">
      <w:r>
        <w:t>Student Signature (if applicable): ___________________ Date: __________</w:t>
      </w:r>
    </w:p>
    <w:p w14:paraId="30300BEA" w14:textId="77777777" w:rsidR="00D67FC4" w:rsidRDefault="00251C8D">
      <w:r>
        <w:t>Tutor Representative: _______________________________ Date: __________</w:t>
      </w:r>
    </w:p>
    <w:sectPr w:rsidR="00D67FC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8383573">
    <w:abstractNumId w:val="8"/>
  </w:num>
  <w:num w:numId="2" w16cid:durableId="356976282">
    <w:abstractNumId w:val="6"/>
  </w:num>
  <w:num w:numId="3" w16cid:durableId="1000619665">
    <w:abstractNumId w:val="5"/>
  </w:num>
  <w:num w:numId="4" w16cid:durableId="164439340">
    <w:abstractNumId w:val="4"/>
  </w:num>
  <w:num w:numId="5" w16cid:durableId="624655568">
    <w:abstractNumId w:val="7"/>
  </w:num>
  <w:num w:numId="6" w16cid:durableId="1784616014">
    <w:abstractNumId w:val="3"/>
  </w:num>
  <w:num w:numId="7" w16cid:durableId="1083601609">
    <w:abstractNumId w:val="2"/>
  </w:num>
  <w:num w:numId="8" w16cid:durableId="1890845462">
    <w:abstractNumId w:val="1"/>
  </w:num>
  <w:num w:numId="9" w16cid:durableId="160703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7B2F"/>
    <w:rsid w:val="00326F90"/>
    <w:rsid w:val="00843E44"/>
    <w:rsid w:val="00AA1D8D"/>
    <w:rsid w:val="00B47730"/>
    <w:rsid w:val="00CB0664"/>
    <w:rsid w:val="00D67F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416353"/>
  <w14:defaultImageDpi w14:val="300"/>
  <w15:docId w15:val="{E678BB72-3418-43E4-B954-4CAEE518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Saundra Hall</cp:lastModifiedBy>
  <cp:revision>2</cp:revision>
  <dcterms:created xsi:type="dcterms:W3CDTF">2026-07-15T09:28:00Z</dcterms:created>
  <dcterms:modified xsi:type="dcterms:W3CDTF">2026-07-15T09:28:00Z</dcterms:modified>
  <cp:category/>
</cp:coreProperties>
</file>