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B808" w14:textId="16D31D6C" w:rsidR="008C68CF" w:rsidRPr="008C68CF" w:rsidRDefault="008C68CF" w:rsidP="008C68CF">
      <w:pPr>
        <w:rPr>
          <w:b/>
          <w:color w:val="0F2B5B"/>
          <w:sz w:val="40"/>
        </w:rPr>
      </w:pPr>
      <w:r w:rsidRPr="008C68CF">
        <w:rPr>
          <w:b/>
          <w:color w:val="0F2B5B"/>
          <w:sz w:val="40"/>
        </w:rPr>
        <w:drawing>
          <wp:inline distT="0" distB="0" distL="0" distR="0" wp14:anchorId="62B85A51" wp14:editId="5FAF5370">
            <wp:extent cx="1479168" cy="1455089"/>
            <wp:effectExtent l="0" t="0" r="6985" b="0"/>
            <wp:docPr id="669817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56" cy="146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3E66A" w14:textId="415D6B2D" w:rsidR="004B1C62" w:rsidRDefault="006B29D6" w:rsidP="008C68CF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CONSENT TO RECEIVE TEXT MESSAGES</w:t>
      </w:r>
    </w:p>
    <w:p w14:paraId="3A2B3DFC" w14:textId="77777777" w:rsidR="004B1C62" w:rsidRDefault="006B29D6">
      <w:r>
        <w:rPr>
          <w:b/>
          <w:color w:val="B8860B"/>
          <w:sz w:val="28"/>
        </w:rPr>
        <w:t>Purpose</w:t>
      </w:r>
    </w:p>
    <w:p w14:paraId="27F5BF58" w14:textId="77777777" w:rsidR="004B1C62" w:rsidRDefault="006B29D6">
      <w:r>
        <w:t>This form authorizes The Bridge to Math and Chemistry Success Hall Tutoring Services to send text messages regarding tutoring services and related communications.</w:t>
      </w:r>
    </w:p>
    <w:p w14:paraId="19BA61CC" w14:textId="77777777" w:rsidR="004B1C62" w:rsidRDefault="006B29D6">
      <w:r>
        <w:rPr>
          <w:b/>
          <w:color w:val="B8860B"/>
          <w:sz w:val="28"/>
        </w:rPr>
        <w:t>Student Information</w:t>
      </w:r>
    </w:p>
    <w:p w14:paraId="1E4685E2" w14:textId="77777777" w:rsidR="004B1C62" w:rsidRDefault="006B29D6">
      <w:r>
        <w:t>Student Name: ______________________________________________</w:t>
      </w:r>
    </w:p>
    <w:p w14:paraId="128B007A" w14:textId="77777777" w:rsidR="004B1C62" w:rsidRDefault="006B29D6">
      <w:r>
        <w:t>Parent/Guardian Name: ______________________________________________</w:t>
      </w:r>
    </w:p>
    <w:p w14:paraId="799E05D5" w14:textId="77777777" w:rsidR="004B1C62" w:rsidRDefault="006B29D6">
      <w:r>
        <w:t>Primary Mobile Number: ______________________________________________</w:t>
      </w:r>
    </w:p>
    <w:p w14:paraId="3E52C174" w14:textId="77777777" w:rsidR="004B1C62" w:rsidRDefault="006B29D6">
      <w:r>
        <w:t>Secondary Mobile Number (Optional): ______________________________________________</w:t>
      </w:r>
    </w:p>
    <w:p w14:paraId="07D44966" w14:textId="77777777" w:rsidR="004B1C62" w:rsidRDefault="006B29D6">
      <w:r>
        <w:t>Email Address: ______________________________________________</w:t>
      </w:r>
    </w:p>
    <w:p w14:paraId="761081C1" w14:textId="77777777" w:rsidR="004B1C62" w:rsidRDefault="006B29D6">
      <w:r>
        <w:rPr>
          <w:b/>
          <w:color w:val="B8860B"/>
          <w:sz w:val="28"/>
        </w:rPr>
        <w:t>Types of Text Messages</w:t>
      </w:r>
    </w:p>
    <w:p w14:paraId="724EAFB0" w14:textId="77777777" w:rsidR="004B1C62" w:rsidRDefault="006B29D6">
      <w:r>
        <w:t>☐</w:t>
      </w:r>
      <w:r>
        <w:t xml:space="preserve"> Appointment reminders</w:t>
      </w:r>
    </w:p>
    <w:p w14:paraId="4FB6E667" w14:textId="77777777" w:rsidR="004B1C62" w:rsidRDefault="006B29D6">
      <w:r>
        <w:t>☐</w:t>
      </w:r>
      <w:r>
        <w:t xml:space="preserve"> Schedule changes or cancellations</w:t>
      </w:r>
    </w:p>
    <w:p w14:paraId="36B1D3D0" w14:textId="77777777" w:rsidR="004B1C62" w:rsidRDefault="006B29D6">
      <w:r>
        <w:t>☐</w:t>
      </w:r>
      <w:r>
        <w:t xml:space="preserve"> Attendance notifications</w:t>
      </w:r>
    </w:p>
    <w:p w14:paraId="5F179699" w14:textId="77777777" w:rsidR="004B1C62" w:rsidRDefault="006B29D6">
      <w:r>
        <w:t>☐</w:t>
      </w:r>
      <w:r>
        <w:t xml:space="preserve"> Homework or study reminders</w:t>
      </w:r>
    </w:p>
    <w:p w14:paraId="26F942BA" w14:textId="77777777" w:rsidR="004B1C62" w:rsidRDefault="006B29D6">
      <w:r>
        <w:t>☐</w:t>
      </w:r>
      <w:r>
        <w:t xml:space="preserve"> Progress updates</w:t>
      </w:r>
    </w:p>
    <w:p w14:paraId="43819690" w14:textId="77777777" w:rsidR="004B1C62" w:rsidRDefault="006B29D6">
      <w:r>
        <w:lastRenderedPageBreak/>
        <w:t>☐</w:t>
      </w:r>
      <w:r>
        <w:t xml:space="preserve"> Billing and payment reminders</w:t>
      </w:r>
    </w:p>
    <w:p w14:paraId="5D79E69B" w14:textId="77777777" w:rsidR="004B1C62" w:rsidRDefault="006B29D6">
      <w:r>
        <w:t>☐</w:t>
      </w:r>
      <w:r>
        <w:t xml:space="preserve"> General tutoring announcements</w:t>
      </w:r>
    </w:p>
    <w:p w14:paraId="2890AF69" w14:textId="77777777" w:rsidR="004B1C62" w:rsidRDefault="006B29D6">
      <w:r>
        <w:rPr>
          <w:b/>
          <w:color w:val="B8860B"/>
          <w:sz w:val="28"/>
        </w:rPr>
        <w:t>Consent</w:t>
      </w:r>
    </w:p>
    <w:p w14:paraId="51A62696" w14:textId="05AFA1D9" w:rsidR="004B1C62" w:rsidRDefault="006B29D6">
      <w:r>
        <w:t>I authorize</w:t>
      </w:r>
      <w:r w:rsidR="008C68CF">
        <w:t xml:space="preserve"> The Bridge to Success</w:t>
      </w:r>
      <w:r>
        <w:t xml:space="preserve"> Hall Tutoring Services to send text messages to the mobile number(s) listed above for the purposes described in this form. I understand that standard message and data rates from my mobile carrier may apply.</w:t>
      </w:r>
    </w:p>
    <w:p w14:paraId="6E23215B" w14:textId="77777777" w:rsidR="004B1C62" w:rsidRDefault="006B29D6">
      <w:r>
        <w:rPr>
          <w:b/>
          <w:color w:val="B8860B"/>
          <w:sz w:val="28"/>
        </w:rPr>
        <w:t>Privacy</w:t>
      </w:r>
    </w:p>
    <w:p w14:paraId="54C38A3B" w14:textId="77777777" w:rsidR="004B1C62" w:rsidRDefault="006B29D6">
      <w:r>
        <w:t>My mobile number will be used only for legitimate tutoring-related communications and will not be sold or shared with third parties except as required by law or with my permission.</w:t>
      </w:r>
    </w:p>
    <w:p w14:paraId="6C9AE21B" w14:textId="77777777" w:rsidR="004B1C62" w:rsidRDefault="006B29D6">
      <w:r>
        <w:rPr>
          <w:b/>
          <w:color w:val="B8860B"/>
          <w:sz w:val="28"/>
        </w:rPr>
        <w:t>Opt-Out</w:t>
      </w:r>
    </w:p>
    <w:p w14:paraId="0CE11C80" w14:textId="72C33069" w:rsidR="004B1C62" w:rsidRDefault="006B29D6">
      <w:r>
        <w:t xml:space="preserve">I understand that I may withdraw my consent at any time by notifying </w:t>
      </w:r>
      <w:r w:rsidR="008C68CF">
        <w:t xml:space="preserve">The Bridge to Success </w:t>
      </w:r>
      <w:r>
        <w:t>Hall Tutoring Services in writing or by requesting that text communications stop. Withdrawing consent will not affect my student's enrollment but may limit text-based notifications.</w:t>
      </w:r>
    </w:p>
    <w:p w14:paraId="330F0330" w14:textId="77777777" w:rsidR="004B1C62" w:rsidRDefault="006B29D6">
      <w:r>
        <w:rPr>
          <w:b/>
          <w:color w:val="B8860B"/>
          <w:sz w:val="28"/>
        </w:rPr>
        <w:t>Consent Selection</w:t>
      </w:r>
    </w:p>
    <w:p w14:paraId="61FA141D" w14:textId="45250FCD" w:rsidR="004B1C62" w:rsidRDefault="006B29D6">
      <w:r>
        <w:t>☐</w:t>
      </w:r>
      <w:r>
        <w:t xml:space="preserve"> I GIVE permission to receive text messages from </w:t>
      </w:r>
      <w:r w:rsidR="008C68CF">
        <w:t xml:space="preserve">The Bridge to Success </w:t>
      </w:r>
      <w:r>
        <w:t>Hall Tutoring Services.</w:t>
      </w:r>
    </w:p>
    <w:p w14:paraId="51E287E8" w14:textId="39DBF56D" w:rsidR="004B1C62" w:rsidRDefault="006B29D6">
      <w:r>
        <w:t>☐</w:t>
      </w:r>
      <w:r>
        <w:t xml:space="preserve"> I DO NOT GIVE permission to receive text messages from </w:t>
      </w:r>
      <w:r w:rsidR="008C68CF">
        <w:t xml:space="preserve">The Bridge to Success </w:t>
      </w:r>
      <w:r>
        <w:t>Hall Tutoring Services.</w:t>
      </w:r>
    </w:p>
    <w:p w14:paraId="7A84B448" w14:textId="77777777" w:rsidR="004B1C62" w:rsidRDefault="006B29D6">
      <w:r>
        <w:rPr>
          <w:b/>
          <w:color w:val="B8860B"/>
          <w:sz w:val="28"/>
        </w:rPr>
        <w:t>Acknowledgment</w:t>
      </w:r>
    </w:p>
    <w:p w14:paraId="500528AA" w14:textId="77777777" w:rsidR="004B1C62" w:rsidRDefault="006B29D6">
      <w:r>
        <w:t>I certify that I have read and understand this Consent to Receive Text Messages Form.</w:t>
      </w:r>
    </w:p>
    <w:p w14:paraId="70F5DAFF" w14:textId="77777777" w:rsidR="004B1C62" w:rsidRDefault="006B29D6">
      <w:r>
        <w:br/>
        <w:t>Parent/Guardian Signature: _______________________ Date: __________</w:t>
      </w:r>
    </w:p>
    <w:p w14:paraId="22DF4F4A" w14:textId="77777777" w:rsidR="004B1C62" w:rsidRDefault="006B29D6">
      <w:r>
        <w:t>Student Signature (if applicable): ________________ Date: __________</w:t>
      </w:r>
    </w:p>
    <w:p w14:paraId="6BF19E06" w14:textId="77777777" w:rsidR="004B1C62" w:rsidRDefault="006B29D6">
      <w:r>
        <w:t>Tutor Representative: ____________________________ Date: __________</w:t>
      </w:r>
    </w:p>
    <w:sectPr w:rsidR="004B1C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7558991">
    <w:abstractNumId w:val="8"/>
  </w:num>
  <w:num w:numId="2" w16cid:durableId="593056185">
    <w:abstractNumId w:val="6"/>
  </w:num>
  <w:num w:numId="3" w16cid:durableId="605507731">
    <w:abstractNumId w:val="5"/>
  </w:num>
  <w:num w:numId="4" w16cid:durableId="1165511887">
    <w:abstractNumId w:val="4"/>
  </w:num>
  <w:num w:numId="5" w16cid:durableId="415782830">
    <w:abstractNumId w:val="7"/>
  </w:num>
  <w:num w:numId="6" w16cid:durableId="1896774657">
    <w:abstractNumId w:val="3"/>
  </w:num>
  <w:num w:numId="7" w16cid:durableId="587539459">
    <w:abstractNumId w:val="2"/>
  </w:num>
  <w:num w:numId="8" w16cid:durableId="994265101">
    <w:abstractNumId w:val="1"/>
  </w:num>
  <w:num w:numId="9" w16cid:durableId="148080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4B1C62"/>
    <w:rsid w:val="008C68C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E74B79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2026-07-15T09:20:00Z</dcterms:created>
  <dcterms:modified xsi:type="dcterms:W3CDTF">2026-07-15T09:20:00Z</dcterms:modified>
  <cp:category/>
</cp:coreProperties>
</file>