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0311" w14:textId="7FB415EA" w:rsidR="00923870" w:rsidRPr="00923870" w:rsidRDefault="00923870" w:rsidP="00923870">
      <w:pPr>
        <w:rPr>
          <w:b/>
          <w:color w:val="0F2B5B"/>
          <w:sz w:val="40"/>
        </w:rPr>
      </w:pPr>
      <w:r w:rsidRPr="00923870">
        <w:rPr>
          <w:b/>
          <w:color w:val="0F2B5B"/>
          <w:sz w:val="40"/>
        </w:rPr>
        <w:drawing>
          <wp:inline distT="0" distB="0" distL="0" distR="0" wp14:anchorId="29326BC4" wp14:editId="4E83E17F">
            <wp:extent cx="1470991" cy="1447045"/>
            <wp:effectExtent l="0" t="0" r="0" b="1270"/>
            <wp:docPr id="1139807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96" cy="146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4196E" w14:textId="242A19F1" w:rsidR="002B3FE7" w:rsidRDefault="00000000" w:rsidP="00923870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STUDENT INITIAL ASSESSMENT FORM</w:t>
      </w:r>
    </w:p>
    <w:p w14:paraId="65A07AE8" w14:textId="77777777" w:rsidR="002B3FE7" w:rsidRDefault="00000000">
      <w:r>
        <w:rPr>
          <w:b/>
          <w:color w:val="B8860B"/>
          <w:sz w:val="28"/>
        </w:rPr>
        <w:t>Student Information</w:t>
      </w:r>
    </w:p>
    <w:p w14:paraId="5898107D" w14:textId="77777777" w:rsidR="002B3FE7" w:rsidRDefault="00000000">
      <w:r>
        <w:t>Student Name: ______________________________________________</w:t>
      </w:r>
    </w:p>
    <w:p w14:paraId="5CBD6F10" w14:textId="77777777" w:rsidR="002B3FE7" w:rsidRDefault="00000000">
      <w:r>
        <w:t>Assessment Date: ______________________________________________</w:t>
      </w:r>
    </w:p>
    <w:p w14:paraId="6A5AA8FA" w14:textId="77777777" w:rsidR="002B3FE7" w:rsidRDefault="00000000">
      <w:r>
        <w:t>Grade: ______________________________________________</w:t>
      </w:r>
    </w:p>
    <w:p w14:paraId="33117BCD" w14:textId="77777777" w:rsidR="002B3FE7" w:rsidRDefault="00000000">
      <w:r>
        <w:t>School: ______________________________________________</w:t>
      </w:r>
    </w:p>
    <w:p w14:paraId="40C7406A" w14:textId="77777777" w:rsidR="002B3FE7" w:rsidRDefault="00000000">
      <w:r>
        <w:t>Subject(s): ______________________________________________</w:t>
      </w:r>
    </w:p>
    <w:p w14:paraId="36FEED4A" w14:textId="77777777" w:rsidR="002B3FE7" w:rsidRDefault="00000000">
      <w:r>
        <w:t>Tutor: ______________________________________________</w:t>
      </w:r>
    </w:p>
    <w:p w14:paraId="6CE1EDFF" w14:textId="77777777" w:rsidR="002B3FE7" w:rsidRDefault="00000000">
      <w:r>
        <w:t>Parent/Guardian: ______________________________________________</w:t>
      </w:r>
    </w:p>
    <w:p w14:paraId="32743FBB" w14:textId="77777777" w:rsidR="002B3FE7" w:rsidRDefault="00000000">
      <w:r>
        <w:rPr>
          <w:b/>
          <w:color w:val="B8860B"/>
          <w:sz w:val="28"/>
        </w:rPr>
        <w:t>Reason for Tutoring</w:t>
      </w:r>
    </w:p>
    <w:p w14:paraId="30BDB895" w14:textId="77777777" w:rsidR="002B3FE7" w:rsidRDefault="00000000">
      <w:r>
        <w:t>☐ Improve grades</w:t>
      </w:r>
    </w:p>
    <w:p w14:paraId="795F0930" w14:textId="77777777" w:rsidR="002B3FE7" w:rsidRDefault="00000000">
      <w:r>
        <w:t>☐ Homework support</w:t>
      </w:r>
    </w:p>
    <w:p w14:paraId="4DF06734" w14:textId="77777777" w:rsidR="002B3FE7" w:rsidRDefault="00000000">
      <w:r>
        <w:t>☐ Test preparation</w:t>
      </w:r>
    </w:p>
    <w:p w14:paraId="1AB41DF8" w14:textId="77777777" w:rsidR="002B3FE7" w:rsidRDefault="00000000">
      <w:r>
        <w:t>☐ Skill remediation</w:t>
      </w:r>
    </w:p>
    <w:p w14:paraId="0AEE7209" w14:textId="77777777" w:rsidR="002B3FE7" w:rsidRDefault="00000000">
      <w:r>
        <w:t>☐ Enrichment</w:t>
      </w:r>
    </w:p>
    <w:p w14:paraId="78998CEC" w14:textId="77777777" w:rsidR="002B3FE7" w:rsidRDefault="00000000">
      <w:r>
        <w:t>☐ Credit recovery</w:t>
      </w:r>
    </w:p>
    <w:p w14:paraId="35C028C7" w14:textId="77777777" w:rsidR="002B3FE7" w:rsidRDefault="00000000">
      <w:r>
        <w:lastRenderedPageBreak/>
        <w:t>Other: ____________________</w:t>
      </w:r>
    </w:p>
    <w:p w14:paraId="27E93BA0" w14:textId="77777777" w:rsidR="002B3FE7" w:rsidRDefault="00000000">
      <w:r>
        <w:rPr>
          <w:b/>
          <w:color w:val="B8860B"/>
          <w:sz w:val="28"/>
        </w:rPr>
        <w:t>Current Academic Snapshot</w:t>
      </w:r>
    </w:p>
    <w:p w14:paraId="39A14117" w14:textId="77777777" w:rsidR="002B3FE7" w:rsidRDefault="00000000">
      <w:r>
        <w:t>Current Course: ______________________________________________</w:t>
      </w:r>
    </w:p>
    <w:p w14:paraId="7A4AF2A2" w14:textId="77777777" w:rsidR="002B3FE7" w:rsidRDefault="00000000">
      <w:r>
        <w:t>Current Grade: ______________________________________________</w:t>
      </w:r>
    </w:p>
    <w:p w14:paraId="284B248B" w14:textId="77777777" w:rsidR="002B3FE7" w:rsidRDefault="00000000">
      <w:r>
        <w:t>Teacher: ______________________________________________</w:t>
      </w:r>
    </w:p>
    <w:p w14:paraId="65C5AD5A" w14:textId="77777777" w:rsidR="002B3FE7" w:rsidRDefault="00000000">
      <w:r>
        <w:t>Recent Test/Quiz Average: ______________________________________________</w:t>
      </w:r>
    </w:p>
    <w:p w14:paraId="6B98531F" w14:textId="77777777" w:rsidR="002B3FE7" w:rsidRDefault="00000000">
      <w:r>
        <w:t>Student Self-Rating (1–5): ______________________________________________</w:t>
      </w:r>
    </w:p>
    <w:p w14:paraId="4DB9CF03" w14:textId="77777777" w:rsidR="002B3FE7" w:rsidRDefault="00000000">
      <w:r>
        <w:rPr>
          <w:b/>
          <w:color w:val="B8860B"/>
          <w:sz w:val="28"/>
        </w:rPr>
        <w:t>Diagnostic Skills Checklist</w:t>
      </w:r>
    </w:p>
    <w:p w14:paraId="6C477E94" w14:textId="77777777" w:rsidR="002B3FE7" w:rsidRDefault="00000000">
      <w:r>
        <w:t>Rate each area: 1 = Needs Significant Support   2 = Developing   3 = Proficient   4 = Advanced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2B3FE7" w14:paraId="189D5D83" w14:textId="77777777">
        <w:tc>
          <w:tcPr>
            <w:tcW w:w="2880" w:type="dxa"/>
          </w:tcPr>
          <w:p w14:paraId="0DCFE177" w14:textId="77777777" w:rsidR="002B3FE7" w:rsidRDefault="00000000">
            <w:r>
              <w:t>Skill Area</w:t>
            </w:r>
          </w:p>
        </w:tc>
        <w:tc>
          <w:tcPr>
            <w:tcW w:w="2880" w:type="dxa"/>
          </w:tcPr>
          <w:p w14:paraId="7B0942B5" w14:textId="77777777" w:rsidR="002B3FE7" w:rsidRDefault="00000000">
            <w:r>
              <w:t>Rating (1-4)</w:t>
            </w:r>
          </w:p>
        </w:tc>
        <w:tc>
          <w:tcPr>
            <w:tcW w:w="2880" w:type="dxa"/>
          </w:tcPr>
          <w:p w14:paraId="2D51079A" w14:textId="77777777" w:rsidR="002B3FE7" w:rsidRDefault="00000000">
            <w:r>
              <w:t>Tutor Notes</w:t>
            </w:r>
          </w:p>
        </w:tc>
      </w:tr>
      <w:tr w:rsidR="002B3FE7" w14:paraId="7D6A8F7A" w14:textId="77777777">
        <w:tc>
          <w:tcPr>
            <w:tcW w:w="2880" w:type="dxa"/>
          </w:tcPr>
          <w:p w14:paraId="681937C4" w14:textId="77777777" w:rsidR="002B3FE7" w:rsidRDefault="00000000">
            <w:r>
              <w:t>Number Sense</w:t>
            </w:r>
          </w:p>
        </w:tc>
        <w:tc>
          <w:tcPr>
            <w:tcW w:w="2880" w:type="dxa"/>
          </w:tcPr>
          <w:p w14:paraId="2A7D377E" w14:textId="77777777" w:rsidR="002B3FE7" w:rsidRDefault="002B3FE7"/>
        </w:tc>
        <w:tc>
          <w:tcPr>
            <w:tcW w:w="2880" w:type="dxa"/>
          </w:tcPr>
          <w:p w14:paraId="20C695B9" w14:textId="77777777" w:rsidR="002B3FE7" w:rsidRDefault="002B3FE7"/>
        </w:tc>
      </w:tr>
      <w:tr w:rsidR="002B3FE7" w14:paraId="54574827" w14:textId="77777777">
        <w:tc>
          <w:tcPr>
            <w:tcW w:w="2880" w:type="dxa"/>
          </w:tcPr>
          <w:p w14:paraId="7C0F4124" w14:textId="77777777" w:rsidR="002B3FE7" w:rsidRDefault="00000000">
            <w:r>
              <w:t>Fractions, Decimals &amp; Percents</w:t>
            </w:r>
          </w:p>
        </w:tc>
        <w:tc>
          <w:tcPr>
            <w:tcW w:w="2880" w:type="dxa"/>
          </w:tcPr>
          <w:p w14:paraId="7042EBCD" w14:textId="77777777" w:rsidR="002B3FE7" w:rsidRDefault="002B3FE7"/>
        </w:tc>
        <w:tc>
          <w:tcPr>
            <w:tcW w:w="2880" w:type="dxa"/>
          </w:tcPr>
          <w:p w14:paraId="525CFCB3" w14:textId="77777777" w:rsidR="002B3FE7" w:rsidRDefault="002B3FE7"/>
        </w:tc>
      </w:tr>
      <w:tr w:rsidR="002B3FE7" w14:paraId="3656AD37" w14:textId="77777777">
        <w:tc>
          <w:tcPr>
            <w:tcW w:w="2880" w:type="dxa"/>
          </w:tcPr>
          <w:p w14:paraId="3377D3F0" w14:textId="77777777" w:rsidR="002B3FE7" w:rsidRDefault="00000000">
            <w:r>
              <w:t>Integers</w:t>
            </w:r>
          </w:p>
        </w:tc>
        <w:tc>
          <w:tcPr>
            <w:tcW w:w="2880" w:type="dxa"/>
          </w:tcPr>
          <w:p w14:paraId="170A7AE0" w14:textId="77777777" w:rsidR="002B3FE7" w:rsidRDefault="002B3FE7"/>
        </w:tc>
        <w:tc>
          <w:tcPr>
            <w:tcW w:w="2880" w:type="dxa"/>
          </w:tcPr>
          <w:p w14:paraId="0818B14E" w14:textId="77777777" w:rsidR="002B3FE7" w:rsidRDefault="002B3FE7"/>
        </w:tc>
      </w:tr>
      <w:tr w:rsidR="002B3FE7" w14:paraId="2215F6CD" w14:textId="77777777">
        <w:tc>
          <w:tcPr>
            <w:tcW w:w="2880" w:type="dxa"/>
          </w:tcPr>
          <w:p w14:paraId="363FF371" w14:textId="77777777" w:rsidR="002B3FE7" w:rsidRDefault="00000000">
            <w:r>
              <w:t>Ratios &amp; Proportions</w:t>
            </w:r>
          </w:p>
        </w:tc>
        <w:tc>
          <w:tcPr>
            <w:tcW w:w="2880" w:type="dxa"/>
          </w:tcPr>
          <w:p w14:paraId="4E6B156F" w14:textId="77777777" w:rsidR="002B3FE7" w:rsidRDefault="002B3FE7"/>
        </w:tc>
        <w:tc>
          <w:tcPr>
            <w:tcW w:w="2880" w:type="dxa"/>
          </w:tcPr>
          <w:p w14:paraId="7D2225ED" w14:textId="77777777" w:rsidR="002B3FE7" w:rsidRDefault="002B3FE7"/>
        </w:tc>
      </w:tr>
      <w:tr w:rsidR="002B3FE7" w14:paraId="59F0B138" w14:textId="77777777">
        <w:tc>
          <w:tcPr>
            <w:tcW w:w="2880" w:type="dxa"/>
          </w:tcPr>
          <w:p w14:paraId="3FA9DA22" w14:textId="77777777" w:rsidR="002B3FE7" w:rsidRDefault="00000000">
            <w:r>
              <w:t>Expressions &amp; Equations</w:t>
            </w:r>
          </w:p>
        </w:tc>
        <w:tc>
          <w:tcPr>
            <w:tcW w:w="2880" w:type="dxa"/>
          </w:tcPr>
          <w:p w14:paraId="72222503" w14:textId="77777777" w:rsidR="002B3FE7" w:rsidRDefault="002B3FE7"/>
        </w:tc>
        <w:tc>
          <w:tcPr>
            <w:tcW w:w="2880" w:type="dxa"/>
          </w:tcPr>
          <w:p w14:paraId="22F2DC0D" w14:textId="77777777" w:rsidR="002B3FE7" w:rsidRDefault="002B3FE7"/>
        </w:tc>
      </w:tr>
      <w:tr w:rsidR="002B3FE7" w14:paraId="388A912D" w14:textId="77777777">
        <w:tc>
          <w:tcPr>
            <w:tcW w:w="2880" w:type="dxa"/>
          </w:tcPr>
          <w:p w14:paraId="01CB8AAA" w14:textId="77777777" w:rsidR="002B3FE7" w:rsidRDefault="00000000">
            <w:r>
              <w:t>Linear Equations</w:t>
            </w:r>
          </w:p>
        </w:tc>
        <w:tc>
          <w:tcPr>
            <w:tcW w:w="2880" w:type="dxa"/>
          </w:tcPr>
          <w:p w14:paraId="78933CA6" w14:textId="77777777" w:rsidR="002B3FE7" w:rsidRDefault="002B3FE7"/>
        </w:tc>
        <w:tc>
          <w:tcPr>
            <w:tcW w:w="2880" w:type="dxa"/>
          </w:tcPr>
          <w:p w14:paraId="438AA28B" w14:textId="77777777" w:rsidR="002B3FE7" w:rsidRDefault="002B3FE7"/>
        </w:tc>
      </w:tr>
      <w:tr w:rsidR="002B3FE7" w14:paraId="5A2B7C73" w14:textId="77777777">
        <w:tc>
          <w:tcPr>
            <w:tcW w:w="2880" w:type="dxa"/>
          </w:tcPr>
          <w:p w14:paraId="36F04DA8" w14:textId="77777777" w:rsidR="002B3FE7" w:rsidRDefault="00000000">
            <w:r>
              <w:t>Functions</w:t>
            </w:r>
          </w:p>
        </w:tc>
        <w:tc>
          <w:tcPr>
            <w:tcW w:w="2880" w:type="dxa"/>
          </w:tcPr>
          <w:p w14:paraId="3BDFE57F" w14:textId="77777777" w:rsidR="002B3FE7" w:rsidRDefault="002B3FE7"/>
        </w:tc>
        <w:tc>
          <w:tcPr>
            <w:tcW w:w="2880" w:type="dxa"/>
          </w:tcPr>
          <w:p w14:paraId="17740D36" w14:textId="77777777" w:rsidR="002B3FE7" w:rsidRDefault="002B3FE7"/>
        </w:tc>
      </w:tr>
      <w:tr w:rsidR="002B3FE7" w14:paraId="6AEAFEA7" w14:textId="77777777">
        <w:tc>
          <w:tcPr>
            <w:tcW w:w="2880" w:type="dxa"/>
          </w:tcPr>
          <w:p w14:paraId="51522B95" w14:textId="77777777" w:rsidR="002B3FE7" w:rsidRDefault="00000000">
            <w:r>
              <w:t>Graphing</w:t>
            </w:r>
          </w:p>
        </w:tc>
        <w:tc>
          <w:tcPr>
            <w:tcW w:w="2880" w:type="dxa"/>
          </w:tcPr>
          <w:p w14:paraId="585ECADE" w14:textId="77777777" w:rsidR="002B3FE7" w:rsidRDefault="002B3FE7"/>
        </w:tc>
        <w:tc>
          <w:tcPr>
            <w:tcW w:w="2880" w:type="dxa"/>
          </w:tcPr>
          <w:p w14:paraId="47999B63" w14:textId="77777777" w:rsidR="002B3FE7" w:rsidRDefault="002B3FE7"/>
        </w:tc>
      </w:tr>
      <w:tr w:rsidR="002B3FE7" w14:paraId="7A318823" w14:textId="77777777">
        <w:tc>
          <w:tcPr>
            <w:tcW w:w="2880" w:type="dxa"/>
          </w:tcPr>
          <w:p w14:paraId="543836C4" w14:textId="77777777" w:rsidR="002B3FE7" w:rsidRDefault="00000000">
            <w:r>
              <w:t>Geometry</w:t>
            </w:r>
          </w:p>
        </w:tc>
        <w:tc>
          <w:tcPr>
            <w:tcW w:w="2880" w:type="dxa"/>
          </w:tcPr>
          <w:p w14:paraId="0B99DED7" w14:textId="77777777" w:rsidR="002B3FE7" w:rsidRDefault="002B3FE7"/>
        </w:tc>
        <w:tc>
          <w:tcPr>
            <w:tcW w:w="2880" w:type="dxa"/>
          </w:tcPr>
          <w:p w14:paraId="29068538" w14:textId="77777777" w:rsidR="002B3FE7" w:rsidRDefault="002B3FE7"/>
        </w:tc>
      </w:tr>
      <w:tr w:rsidR="002B3FE7" w14:paraId="49B70862" w14:textId="77777777">
        <w:tc>
          <w:tcPr>
            <w:tcW w:w="2880" w:type="dxa"/>
          </w:tcPr>
          <w:p w14:paraId="59409BE7" w14:textId="77777777" w:rsidR="002B3FE7" w:rsidRDefault="00000000">
            <w:r>
              <w:t>Data Analysis/Statistics</w:t>
            </w:r>
          </w:p>
        </w:tc>
        <w:tc>
          <w:tcPr>
            <w:tcW w:w="2880" w:type="dxa"/>
          </w:tcPr>
          <w:p w14:paraId="1EA9CA0E" w14:textId="77777777" w:rsidR="002B3FE7" w:rsidRDefault="002B3FE7"/>
        </w:tc>
        <w:tc>
          <w:tcPr>
            <w:tcW w:w="2880" w:type="dxa"/>
          </w:tcPr>
          <w:p w14:paraId="72B94C75" w14:textId="77777777" w:rsidR="002B3FE7" w:rsidRDefault="002B3FE7"/>
        </w:tc>
      </w:tr>
      <w:tr w:rsidR="002B3FE7" w14:paraId="218C6831" w14:textId="77777777">
        <w:tc>
          <w:tcPr>
            <w:tcW w:w="2880" w:type="dxa"/>
          </w:tcPr>
          <w:p w14:paraId="0DC97664" w14:textId="77777777" w:rsidR="002B3FE7" w:rsidRDefault="00000000">
            <w:r>
              <w:t>Problem Solving</w:t>
            </w:r>
          </w:p>
        </w:tc>
        <w:tc>
          <w:tcPr>
            <w:tcW w:w="2880" w:type="dxa"/>
          </w:tcPr>
          <w:p w14:paraId="04CF8531" w14:textId="77777777" w:rsidR="002B3FE7" w:rsidRDefault="002B3FE7"/>
        </w:tc>
        <w:tc>
          <w:tcPr>
            <w:tcW w:w="2880" w:type="dxa"/>
          </w:tcPr>
          <w:p w14:paraId="28355862" w14:textId="77777777" w:rsidR="002B3FE7" w:rsidRDefault="002B3FE7"/>
        </w:tc>
      </w:tr>
      <w:tr w:rsidR="002B3FE7" w14:paraId="5102EF99" w14:textId="77777777">
        <w:tc>
          <w:tcPr>
            <w:tcW w:w="2880" w:type="dxa"/>
          </w:tcPr>
          <w:p w14:paraId="2285E94F" w14:textId="77777777" w:rsidR="002B3FE7" w:rsidRDefault="00000000">
            <w:r>
              <w:t>Chemistry Concepts (if applicable)</w:t>
            </w:r>
          </w:p>
        </w:tc>
        <w:tc>
          <w:tcPr>
            <w:tcW w:w="2880" w:type="dxa"/>
          </w:tcPr>
          <w:p w14:paraId="06543672" w14:textId="77777777" w:rsidR="002B3FE7" w:rsidRDefault="002B3FE7"/>
        </w:tc>
        <w:tc>
          <w:tcPr>
            <w:tcW w:w="2880" w:type="dxa"/>
          </w:tcPr>
          <w:p w14:paraId="67B97679" w14:textId="77777777" w:rsidR="002B3FE7" w:rsidRDefault="002B3FE7"/>
        </w:tc>
      </w:tr>
    </w:tbl>
    <w:p w14:paraId="78AEB325" w14:textId="77777777" w:rsidR="002B3FE7" w:rsidRDefault="00000000">
      <w:r>
        <w:rPr>
          <w:b/>
          <w:color w:val="B8860B"/>
          <w:sz w:val="28"/>
        </w:rPr>
        <w:t>Learning Behaviors</w:t>
      </w:r>
    </w:p>
    <w:p w14:paraId="611B883A" w14:textId="77777777" w:rsidR="002B3FE7" w:rsidRDefault="00000000">
      <w:r>
        <w:t>Attendance: ______________________________________________</w:t>
      </w:r>
    </w:p>
    <w:p w14:paraId="78460796" w14:textId="77777777" w:rsidR="002B3FE7" w:rsidRDefault="00000000">
      <w:r>
        <w:t>Organization: ______________________________________________</w:t>
      </w:r>
    </w:p>
    <w:p w14:paraId="319E02A0" w14:textId="77777777" w:rsidR="002B3FE7" w:rsidRDefault="00000000">
      <w:r>
        <w:t>Confidence: ______________________________________________</w:t>
      </w:r>
    </w:p>
    <w:p w14:paraId="15D774CB" w14:textId="77777777" w:rsidR="002B3FE7" w:rsidRDefault="00000000">
      <w:r>
        <w:t>Homework Completion: ______________________________________________</w:t>
      </w:r>
    </w:p>
    <w:p w14:paraId="05A839DC" w14:textId="77777777" w:rsidR="002B3FE7" w:rsidRDefault="00000000">
      <w:r>
        <w:t>Study Skills: ______________________________________________</w:t>
      </w:r>
    </w:p>
    <w:p w14:paraId="21C0638C" w14:textId="77777777" w:rsidR="002B3FE7" w:rsidRDefault="00000000">
      <w:r>
        <w:t>Class Participation: ______________________________________________</w:t>
      </w:r>
    </w:p>
    <w:p w14:paraId="6CB7B54B" w14:textId="77777777" w:rsidR="002B3FE7" w:rsidRDefault="00000000">
      <w:r>
        <w:rPr>
          <w:b/>
          <w:color w:val="B8860B"/>
          <w:sz w:val="28"/>
        </w:rPr>
        <w:t>Strengths and Areas for Growth</w:t>
      </w:r>
    </w:p>
    <w:p w14:paraId="5EB2EA5E" w14:textId="77777777" w:rsidR="002B3FE7" w:rsidRDefault="00000000">
      <w:r>
        <w:lastRenderedPageBreak/>
        <w:t>Student Strengths:</w:t>
      </w:r>
      <w:r>
        <w:br/>
        <w:t>____________________________________________________________</w:t>
      </w:r>
    </w:p>
    <w:p w14:paraId="10D5F630" w14:textId="77777777" w:rsidR="002B3FE7" w:rsidRDefault="00000000">
      <w:r>
        <w:t>Areas for Growth:</w:t>
      </w:r>
      <w:r>
        <w:br/>
        <w:t>____________________________________________________________</w:t>
      </w:r>
    </w:p>
    <w:p w14:paraId="7B524156" w14:textId="77777777" w:rsidR="002B3FE7" w:rsidRDefault="00000000">
      <w:r>
        <w:t>Primary Learning Goal:</w:t>
      </w:r>
      <w:r>
        <w:br/>
        <w:t>____________________________________________________________</w:t>
      </w:r>
    </w:p>
    <w:p w14:paraId="1DA17F66" w14:textId="77777777" w:rsidR="002B3FE7" w:rsidRDefault="00000000">
      <w:r>
        <w:rPr>
          <w:b/>
          <w:color w:val="B8860B"/>
          <w:sz w:val="28"/>
        </w:rPr>
        <w:t>Initial Recommendation</w:t>
      </w:r>
    </w:p>
    <w:p w14:paraId="57A128F8" w14:textId="77777777" w:rsidR="002B3FE7" w:rsidRDefault="00000000">
      <w:r>
        <w:t>☐ 1 session per week</w:t>
      </w:r>
    </w:p>
    <w:p w14:paraId="5CADA5C8" w14:textId="77777777" w:rsidR="002B3FE7" w:rsidRDefault="00000000">
      <w:r>
        <w:t>☐ 2 sessions per week</w:t>
      </w:r>
    </w:p>
    <w:p w14:paraId="0CBDD4E2" w14:textId="77777777" w:rsidR="002B3FE7" w:rsidRDefault="00000000">
      <w:r>
        <w:t>☐ 3 sessions per week</w:t>
      </w:r>
    </w:p>
    <w:p w14:paraId="699C92CE" w14:textId="77777777" w:rsidR="002B3FE7" w:rsidRDefault="00000000">
      <w:r>
        <w:t>☐ Small group tutoring</w:t>
      </w:r>
    </w:p>
    <w:p w14:paraId="36B8C539" w14:textId="77777777" w:rsidR="002B3FE7" w:rsidRDefault="00000000">
      <w:r>
        <w:t>☐ Individual tutoring</w:t>
      </w:r>
    </w:p>
    <w:p w14:paraId="6972F41F" w14:textId="77777777" w:rsidR="002B3FE7" w:rsidRDefault="00000000">
      <w:r>
        <w:t>☐ Diagnostic reassessment in 6–8 weeks</w:t>
      </w:r>
    </w:p>
    <w:p w14:paraId="7A0C2FFC" w14:textId="77777777" w:rsidR="002B3FE7" w:rsidRDefault="00000000">
      <w:r>
        <w:t>Recommended Focus:</w:t>
      </w:r>
      <w:r>
        <w:br/>
        <w:t>____________________________________________________________</w:t>
      </w:r>
    </w:p>
    <w:p w14:paraId="4099D7E0" w14:textId="77777777" w:rsidR="002B3FE7" w:rsidRDefault="00000000">
      <w:r>
        <w:rPr>
          <w:b/>
          <w:color w:val="B8860B"/>
          <w:sz w:val="28"/>
        </w:rPr>
        <w:t>Signatures</w:t>
      </w:r>
    </w:p>
    <w:p w14:paraId="68FB73A1" w14:textId="77777777" w:rsidR="002B3FE7" w:rsidRDefault="00000000">
      <w:r>
        <w:t>Tutor: __________________________________ Date: __________</w:t>
      </w:r>
    </w:p>
    <w:p w14:paraId="118FDDBA" w14:textId="77777777" w:rsidR="002B3FE7" w:rsidRDefault="00000000">
      <w:r>
        <w:t>Parent/Guardian: ________________________ Date: __________</w:t>
      </w:r>
    </w:p>
    <w:p w14:paraId="5739F42C" w14:textId="77777777" w:rsidR="002B3FE7" w:rsidRDefault="00000000">
      <w:r>
        <w:t>Student: ________________________________ Date: __________</w:t>
      </w:r>
    </w:p>
    <w:sectPr w:rsidR="002B3FE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6168670">
    <w:abstractNumId w:val="8"/>
  </w:num>
  <w:num w:numId="2" w16cid:durableId="1927575234">
    <w:abstractNumId w:val="6"/>
  </w:num>
  <w:num w:numId="3" w16cid:durableId="1897086204">
    <w:abstractNumId w:val="5"/>
  </w:num>
  <w:num w:numId="4" w16cid:durableId="1986467254">
    <w:abstractNumId w:val="4"/>
  </w:num>
  <w:num w:numId="5" w16cid:durableId="1922181442">
    <w:abstractNumId w:val="7"/>
  </w:num>
  <w:num w:numId="6" w16cid:durableId="717750420">
    <w:abstractNumId w:val="3"/>
  </w:num>
  <w:num w:numId="7" w16cid:durableId="1763910844">
    <w:abstractNumId w:val="2"/>
  </w:num>
  <w:num w:numId="8" w16cid:durableId="1989747125">
    <w:abstractNumId w:val="1"/>
  </w:num>
  <w:num w:numId="9" w16cid:durableId="14505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3FE7"/>
    <w:rsid w:val="002E7B2F"/>
    <w:rsid w:val="00326F90"/>
    <w:rsid w:val="006A1720"/>
    <w:rsid w:val="0092387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E8AD50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3</cp:revision>
  <dcterms:created xsi:type="dcterms:W3CDTF">2026-07-15T09:56:00Z</dcterms:created>
  <dcterms:modified xsi:type="dcterms:W3CDTF">2026-07-15T09:57:00Z</dcterms:modified>
  <cp:category/>
</cp:coreProperties>
</file>